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F6BF3" w14:textId="77777777" w:rsidR="00A045C6" w:rsidRPr="002435AE" w:rsidRDefault="00FD5D0E" w:rsidP="00CB7495">
      <w:pPr>
        <w:spacing w:after="240"/>
        <w:jc w:val="center"/>
        <w:rPr>
          <w:rFonts w:ascii="Arial Bold" w:hAnsi="Arial Bold" w:cs="Arial" w:hint="eastAsia"/>
          <w:b/>
          <w:bCs/>
          <w:caps/>
          <w:sz w:val="20"/>
          <w:szCs w:val="20"/>
        </w:rPr>
      </w:pPr>
      <w:r w:rsidRPr="002435AE">
        <w:rPr>
          <w:rFonts w:ascii="Arial Bold" w:hAnsi="Arial Bold" w:cs="Arial"/>
          <w:b/>
          <w:bCs/>
          <w:caps/>
          <w:sz w:val="20"/>
          <w:szCs w:val="20"/>
        </w:rPr>
        <w:t>Digital.ai Master Subscription Agreement</w:t>
      </w:r>
    </w:p>
    <w:p w14:paraId="05FD26B7" w14:textId="77777777" w:rsidR="00A045C6" w:rsidRPr="00050735" w:rsidRDefault="00FD5D0E" w:rsidP="00101192">
      <w:pPr>
        <w:spacing w:after="120"/>
        <w:jc w:val="both"/>
        <w:rPr>
          <w:rFonts w:ascii="Arial" w:hAnsi="Arial" w:cs="Arial"/>
          <w:sz w:val="16"/>
          <w:szCs w:val="16"/>
        </w:rPr>
      </w:pPr>
      <w:r w:rsidRPr="00050735">
        <w:rPr>
          <w:rFonts w:ascii="Arial" w:hAnsi="Arial" w:cs="Arial"/>
          <w:sz w:val="16"/>
          <w:szCs w:val="16"/>
        </w:rPr>
        <w:t>THIS MASTER SUBSCRIPTION AGREEMENT (“</w:t>
      </w:r>
      <w:proofErr w:type="gramStart"/>
      <w:r w:rsidRPr="00050735">
        <w:rPr>
          <w:rFonts w:ascii="Arial" w:hAnsi="Arial" w:cs="Arial"/>
          <w:sz w:val="16"/>
          <w:szCs w:val="16"/>
        </w:rPr>
        <w:t>MSA“</w:t>
      </w:r>
      <w:proofErr w:type="gramEnd"/>
      <w:r w:rsidRPr="00050735">
        <w:rPr>
          <w:rFonts w:ascii="Arial" w:hAnsi="Arial" w:cs="Arial"/>
          <w:sz w:val="16"/>
          <w:szCs w:val="16"/>
        </w:rPr>
        <w:t>) IS A LEGALLY BINDING CONTRACT BETWEEN THE ENTITY SPECIFIED AS A CUSTOMER (“CUSTOMER”) AND THE DIGITAL.AI ENTITY IDENTIFIED IN THE APPLICABLE ORDER (“DIGITAL.AI”) AND GOVERNS CUSTOMER’S USE OF THE SOFTWARE AND PROVISION OF ANY ASSOCIATED PROFESSIONAL SERVICES. “MSA” MEANS THIS MSA, INCLUDING ANY ATTACHMENTS AND/OR DOCUMENTS REFERENCED HEREIN.</w:t>
      </w:r>
    </w:p>
    <w:p w14:paraId="5BC3015C" w14:textId="77777777" w:rsidR="00A045C6" w:rsidRPr="00050735" w:rsidRDefault="00FD5D0E" w:rsidP="00101192">
      <w:pPr>
        <w:spacing w:before="200" w:after="80"/>
        <w:jc w:val="both"/>
        <w:rPr>
          <w:rFonts w:ascii="Arial" w:hAnsi="Arial" w:cs="Arial"/>
          <w:sz w:val="16"/>
          <w:szCs w:val="16"/>
        </w:rPr>
      </w:pPr>
      <w:r w:rsidRPr="00050735">
        <w:rPr>
          <w:rFonts w:ascii="Arial" w:hAnsi="Arial" w:cs="Arial"/>
          <w:b/>
          <w:sz w:val="16"/>
          <w:szCs w:val="16"/>
        </w:rPr>
        <w:t xml:space="preserve">1. </w:t>
      </w:r>
      <w:r w:rsidRPr="00801CEA">
        <w:rPr>
          <w:rFonts w:ascii="Arial" w:hAnsi="Arial" w:cs="Arial"/>
          <w:b/>
          <w:sz w:val="18"/>
          <w:szCs w:val="18"/>
        </w:rPr>
        <w:t>Definitions</w:t>
      </w:r>
    </w:p>
    <w:p w14:paraId="6318202E" w14:textId="77777777" w:rsidR="00A045C6" w:rsidRPr="00050735" w:rsidRDefault="00FD5D0E" w:rsidP="00101192">
      <w:pPr>
        <w:spacing w:after="120"/>
        <w:jc w:val="both"/>
        <w:rPr>
          <w:rFonts w:ascii="Arial" w:hAnsi="Arial" w:cs="Arial"/>
          <w:sz w:val="16"/>
          <w:szCs w:val="16"/>
        </w:rPr>
      </w:pPr>
      <w:r w:rsidRPr="00050735">
        <w:rPr>
          <w:rFonts w:ascii="Arial" w:hAnsi="Arial" w:cs="Arial"/>
          <w:b/>
          <w:sz w:val="16"/>
          <w:szCs w:val="16"/>
        </w:rPr>
        <w:t>“Affiliate”</w:t>
      </w:r>
      <w:r w:rsidRPr="00050735">
        <w:rPr>
          <w:rFonts w:ascii="Arial" w:hAnsi="Arial" w:cs="Arial"/>
          <w:sz w:val="16"/>
          <w:szCs w:val="16"/>
        </w:rPr>
        <w:t xml:space="preserve"> means any person or entity which directly or indirectly owns, controls, or is controlled by, or is under common control with a party, where control is defined as owning or directing more than 50% of the voting equity securities or similar ownership interest in the controlled entity.</w:t>
      </w:r>
    </w:p>
    <w:p w14:paraId="6C0C2BA2" w14:textId="51359FEA" w:rsidR="00740C76" w:rsidRPr="00050735" w:rsidRDefault="00740C76" w:rsidP="00101192">
      <w:pPr>
        <w:spacing w:after="120"/>
        <w:jc w:val="both"/>
        <w:rPr>
          <w:rFonts w:ascii="Arial" w:hAnsi="Arial" w:cs="Arial"/>
          <w:sz w:val="16"/>
          <w:szCs w:val="16"/>
        </w:rPr>
      </w:pPr>
      <w:r w:rsidRPr="00050735">
        <w:rPr>
          <w:rFonts w:ascii="Arial" w:hAnsi="Arial" w:cs="Arial"/>
          <w:b/>
          <w:bCs/>
          <w:sz w:val="16"/>
          <w:szCs w:val="16"/>
        </w:rPr>
        <w:t>“AI Feature”</w:t>
      </w:r>
      <w:r w:rsidRPr="00050735">
        <w:rPr>
          <w:rFonts w:ascii="Arial" w:hAnsi="Arial" w:cs="Arial"/>
          <w:sz w:val="16"/>
          <w:szCs w:val="16"/>
        </w:rPr>
        <w:t xml:space="preserve"> means</w:t>
      </w:r>
      <w:r w:rsidR="00C13FDE" w:rsidRPr="00050735">
        <w:rPr>
          <w:rFonts w:ascii="Arial" w:hAnsi="Arial" w:cs="Arial"/>
          <w:sz w:val="16"/>
          <w:szCs w:val="16"/>
        </w:rPr>
        <w:t xml:space="preserve"> any artificial intelligenc</w:t>
      </w:r>
      <w:r w:rsidR="0045275A" w:rsidRPr="00050735">
        <w:rPr>
          <w:rFonts w:ascii="Arial" w:hAnsi="Arial" w:cs="Arial"/>
          <w:sz w:val="16"/>
          <w:szCs w:val="16"/>
        </w:rPr>
        <w:t xml:space="preserve">e system, feature, or functionality </w:t>
      </w:r>
      <w:r w:rsidR="00DD7E67" w:rsidRPr="00050735">
        <w:rPr>
          <w:rFonts w:ascii="Arial" w:hAnsi="Arial" w:cs="Arial"/>
          <w:sz w:val="16"/>
          <w:szCs w:val="16"/>
        </w:rPr>
        <w:t xml:space="preserve">made available to </w:t>
      </w:r>
      <w:r w:rsidR="00E94D24" w:rsidRPr="00050735">
        <w:rPr>
          <w:rFonts w:ascii="Arial" w:hAnsi="Arial" w:cs="Arial"/>
          <w:sz w:val="16"/>
          <w:szCs w:val="16"/>
        </w:rPr>
        <w:t xml:space="preserve">Customer </w:t>
      </w:r>
      <w:r w:rsidR="00DD7E67" w:rsidRPr="00050735">
        <w:rPr>
          <w:rFonts w:ascii="Arial" w:hAnsi="Arial" w:cs="Arial"/>
          <w:sz w:val="16"/>
          <w:szCs w:val="16"/>
        </w:rPr>
        <w:t>by Digital.ai</w:t>
      </w:r>
      <w:r w:rsidR="00C44E50" w:rsidRPr="00050735">
        <w:rPr>
          <w:rFonts w:ascii="Arial" w:hAnsi="Arial" w:cs="Arial"/>
          <w:sz w:val="16"/>
          <w:szCs w:val="16"/>
        </w:rPr>
        <w:t xml:space="preserve"> or any of its </w:t>
      </w:r>
      <w:r w:rsidR="00D42C40" w:rsidRPr="00050735">
        <w:rPr>
          <w:rFonts w:ascii="Arial" w:hAnsi="Arial" w:cs="Arial"/>
          <w:sz w:val="16"/>
          <w:szCs w:val="16"/>
        </w:rPr>
        <w:t>A</w:t>
      </w:r>
      <w:r w:rsidR="00C44E50" w:rsidRPr="00050735">
        <w:rPr>
          <w:rFonts w:ascii="Arial" w:hAnsi="Arial" w:cs="Arial"/>
          <w:sz w:val="16"/>
          <w:szCs w:val="16"/>
        </w:rPr>
        <w:t xml:space="preserve">ffiliates. </w:t>
      </w:r>
    </w:p>
    <w:p w14:paraId="5343FE19" w14:textId="46307B51" w:rsidR="002D463C" w:rsidRPr="00050735" w:rsidRDefault="002D463C" w:rsidP="00101192">
      <w:pPr>
        <w:spacing w:after="120"/>
        <w:jc w:val="both"/>
        <w:rPr>
          <w:rFonts w:ascii="Arial" w:hAnsi="Arial" w:cs="Arial"/>
          <w:sz w:val="16"/>
          <w:szCs w:val="16"/>
        </w:rPr>
      </w:pPr>
      <w:r w:rsidRPr="00050735">
        <w:rPr>
          <w:rFonts w:ascii="Arial" w:hAnsi="Arial" w:cs="Arial"/>
          <w:b/>
          <w:sz w:val="16"/>
          <w:szCs w:val="16"/>
        </w:rPr>
        <w:t>“Confidential Information”</w:t>
      </w:r>
      <w:r w:rsidRPr="00050735">
        <w:rPr>
          <w:rFonts w:ascii="Arial" w:hAnsi="Arial" w:cs="Arial"/>
          <w:sz w:val="16"/>
          <w:szCs w:val="16"/>
        </w:rPr>
        <w:t xml:space="preserve"> means any information, maintained in confidence by a disclosing party, communicated in written or oral form, marked as proprietary, confidential or otherwise so identified, and/or information that by its form, nature, content, or mode of transmission a reasonable recipient would deem confidential or proprietary, including the Digital.ai offer, pricing, and any benchmark data or results produced. The Software may contain valuable trade secrets and Confidential Information of Digital.ai.</w:t>
      </w:r>
    </w:p>
    <w:p w14:paraId="5FAF428D" w14:textId="02535691" w:rsidR="002D463C" w:rsidRPr="00050735" w:rsidRDefault="212F2EA2" w:rsidP="00101192">
      <w:pPr>
        <w:spacing w:after="120"/>
        <w:jc w:val="both"/>
        <w:rPr>
          <w:rFonts w:ascii="Arial" w:hAnsi="Arial" w:cs="Arial"/>
          <w:sz w:val="16"/>
          <w:szCs w:val="16"/>
        </w:rPr>
      </w:pPr>
      <w:r w:rsidRPr="00050735">
        <w:rPr>
          <w:rFonts w:ascii="Arial" w:hAnsi="Arial" w:cs="Arial"/>
          <w:b/>
          <w:bCs/>
          <w:sz w:val="16"/>
          <w:szCs w:val="16"/>
        </w:rPr>
        <w:t>“Content”</w:t>
      </w:r>
      <w:r w:rsidRPr="00050735">
        <w:rPr>
          <w:rFonts w:ascii="Arial" w:hAnsi="Arial" w:cs="Arial"/>
          <w:sz w:val="16"/>
          <w:szCs w:val="16"/>
        </w:rPr>
        <w:t xml:space="preserve"> means</w:t>
      </w:r>
      <w:r w:rsidR="694A5E3D" w:rsidRPr="00050735">
        <w:rPr>
          <w:rFonts w:ascii="Arial" w:hAnsi="Arial" w:cs="Arial"/>
          <w:sz w:val="16"/>
          <w:szCs w:val="16"/>
        </w:rPr>
        <w:t xml:space="preserve"> </w:t>
      </w:r>
      <w:r w:rsidR="4AF703B9" w:rsidRPr="00050735">
        <w:rPr>
          <w:rFonts w:ascii="Arial" w:hAnsi="Arial" w:cs="Arial"/>
          <w:sz w:val="16"/>
          <w:szCs w:val="16"/>
        </w:rPr>
        <w:t xml:space="preserve">both Input and Output. </w:t>
      </w:r>
    </w:p>
    <w:p w14:paraId="2F9764EC" w14:textId="77777777" w:rsidR="00A045C6" w:rsidRPr="00050735" w:rsidRDefault="00FD5D0E" w:rsidP="00101192">
      <w:pPr>
        <w:spacing w:after="120"/>
        <w:jc w:val="both"/>
        <w:rPr>
          <w:rFonts w:ascii="Arial" w:hAnsi="Arial" w:cs="Arial"/>
          <w:sz w:val="16"/>
          <w:szCs w:val="16"/>
        </w:rPr>
      </w:pPr>
      <w:r w:rsidRPr="00050735">
        <w:rPr>
          <w:rFonts w:ascii="Arial" w:hAnsi="Arial" w:cs="Arial"/>
          <w:b/>
          <w:sz w:val="16"/>
          <w:szCs w:val="16"/>
        </w:rPr>
        <w:t>“Customer Application”</w:t>
      </w:r>
      <w:r w:rsidRPr="00050735">
        <w:rPr>
          <w:rFonts w:ascii="Arial" w:hAnsi="Arial" w:cs="Arial"/>
          <w:sz w:val="16"/>
          <w:szCs w:val="16"/>
        </w:rPr>
        <w:t xml:space="preserve"> means any software application owned by, or licensed from a third party to, Customer which is accessed, used, processed by, or made available via the Software.</w:t>
      </w:r>
    </w:p>
    <w:p w14:paraId="5E100B49" w14:textId="77777777" w:rsidR="00A045C6" w:rsidRPr="00050735" w:rsidRDefault="00FD5D0E" w:rsidP="00101192">
      <w:pPr>
        <w:spacing w:after="120"/>
        <w:jc w:val="both"/>
        <w:rPr>
          <w:rFonts w:ascii="Arial" w:hAnsi="Arial" w:cs="Arial"/>
          <w:sz w:val="16"/>
          <w:szCs w:val="16"/>
        </w:rPr>
      </w:pPr>
      <w:r w:rsidRPr="00050735">
        <w:rPr>
          <w:rFonts w:ascii="Arial" w:hAnsi="Arial" w:cs="Arial"/>
          <w:b/>
          <w:sz w:val="16"/>
          <w:szCs w:val="16"/>
        </w:rPr>
        <w:t>“Customer Data”</w:t>
      </w:r>
      <w:r w:rsidRPr="00050735">
        <w:rPr>
          <w:rFonts w:ascii="Arial" w:hAnsi="Arial" w:cs="Arial"/>
          <w:sz w:val="16"/>
          <w:szCs w:val="16"/>
        </w:rPr>
        <w:t xml:space="preserve"> means any information that Customer or a User provides to Digital.ai, or otherwise authorizes access, (</w:t>
      </w:r>
      <w:proofErr w:type="spellStart"/>
      <w:r w:rsidRPr="00050735">
        <w:rPr>
          <w:rFonts w:ascii="Arial" w:hAnsi="Arial" w:cs="Arial"/>
          <w:sz w:val="16"/>
          <w:szCs w:val="16"/>
        </w:rPr>
        <w:t>i</w:t>
      </w:r>
      <w:proofErr w:type="spellEnd"/>
      <w:r w:rsidRPr="00050735">
        <w:rPr>
          <w:rFonts w:ascii="Arial" w:hAnsi="Arial" w:cs="Arial"/>
          <w:sz w:val="16"/>
          <w:szCs w:val="16"/>
        </w:rPr>
        <w:t xml:space="preserve">) </w:t>
      </w:r>
      <w:proofErr w:type="gramStart"/>
      <w:r w:rsidRPr="00050735">
        <w:rPr>
          <w:rFonts w:ascii="Arial" w:hAnsi="Arial" w:cs="Arial"/>
          <w:sz w:val="16"/>
          <w:szCs w:val="16"/>
        </w:rPr>
        <w:t>in the course of</w:t>
      </w:r>
      <w:proofErr w:type="gramEnd"/>
      <w:r w:rsidRPr="00050735">
        <w:rPr>
          <w:rFonts w:ascii="Arial" w:hAnsi="Arial" w:cs="Arial"/>
          <w:sz w:val="16"/>
          <w:szCs w:val="16"/>
        </w:rPr>
        <w:t xml:space="preserve"> accessing and using the Subscription, or (ii) in connection with an engagement to obtain Professional Services from Digital.ai.</w:t>
      </w:r>
    </w:p>
    <w:p w14:paraId="288DDD97" w14:textId="77777777" w:rsidR="00A045C6" w:rsidRPr="00050735" w:rsidRDefault="00FD5D0E" w:rsidP="00101192">
      <w:pPr>
        <w:spacing w:after="120"/>
        <w:jc w:val="both"/>
        <w:rPr>
          <w:rFonts w:ascii="Arial" w:hAnsi="Arial" w:cs="Arial"/>
          <w:sz w:val="16"/>
          <w:szCs w:val="16"/>
        </w:rPr>
      </w:pPr>
      <w:r w:rsidRPr="00050735">
        <w:rPr>
          <w:rFonts w:ascii="Arial" w:hAnsi="Arial" w:cs="Arial"/>
          <w:b/>
          <w:sz w:val="16"/>
          <w:szCs w:val="16"/>
        </w:rPr>
        <w:t>“Documentation”</w:t>
      </w:r>
      <w:r w:rsidRPr="00050735">
        <w:rPr>
          <w:rFonts w:ascii="Arial" w:hAnsi="Arial" w:cs="Arial"/>
          <w:sz w:val="16"/>
          <w:szCs w:val="16"/>
        </w:rPr>
        <w:t xml:space="preserve"> means all written and electronic information and materials made generally available by Digital.ai to Customer on https://digital.ai relating to the access, use, operation or functionality of the Software, including technical and user manuals and operating instructions. “Documentation” does not include any third-party content posted to https://digital.ai, content published in user forums hosted or moderated by Digital.ai, content related to any future functionality, or communications exchanged between Digital.ai and Customer, unless such communications are specifically identified as Documentation within an applicable Order.</w:t>
      </w:r>
    </w:p>
    <w:p w14:paraId="657ABD2C" w14:textId="77777777" w:rsidR="00A045C6" w:rsidRPr="00050735" w:rsidRDefault="00FD5D0E" w:rsidP="00101192">
      <w:pPr>
        <w:spacing w:after="120"/>
        <w:jc w:val="both"/>
        <w:rPr>
          <w:rFonts w:ascii="Arial" w:hAnsi="Arial" w:cs="Arial"/>
          <w:sz w:val="16"/>
          <w:szCs w:val="16"/>
        </w:rPr>
      </w:pPr>
      <w:r w:rsidRPr="00050735">
        <w:rPr>
          <w:rFonts w:ascii="Arial" w:hAnsi="Arial" w:cs="Arial"/>
          <w:b/>
          <w:sz w:val="16"/>
          <w:szCs w:val="16"/>
        </w:rPr>
        <w:t>“Initial Term”</w:t>
      </w:r>
      <w:r w:rsidRPr="00050735">
        <w:rPr>
          <w:rFonts w:ascii="Arial" w:hAnsi="Arial" w:cs="Arial"/>
          <w:sz w:val="16"/>
          <w:szCs w:val="16"/>
        </w:rPr>
        <w:t xml:space="preserve"> means the term specified in an applicable Order.</w:t>
      </w:r>
    </w:p>
    <w:p w14:paraId="58619AA0" w14:textId="7A6D45FE" w:rsidR="002D463C" w:rsidRPr="00050735" w:rsidRDefault="002D463C" w:rsidP="00101192">
      <w:pPr>
        <w:spacing w:after="120"/>
        <w:jc w:val="both"/>
        <w:rPr>
          <w:rFonts w:ascii="Arial" w:hAnsi="Arial" w:cs="Arial"/>
          <w:sz w:val="16"/>
          <w:szCs w:val="16"/>
        </w:rPr>
      </w:pPr>
      <w:r w:rsidRPr="00050735">
        <w:rPr>
          <w:rFonts w:ascii="Arial" w:hAnsi="Arial" w:cs="Arial"/>
          <w:b/>
          <w:bCs/>
          <w:sz w:val="16"/>
          <w:szCs w:val="16"/>
        </w:rPr>
        <w:t>“Input”</w:t>
      </w:r>
      <w:r w:rsidRPr="00050735">
        <w:rPr>
          <w:rFonts w:ascii="Arial" w:hAnsi="Arial" w:cs="Arial"/>
          <w:sz w:val="16"/>
          <w:szCs w:val="16"/>
        </w:rPr>
        <w:t xml:space="preserve"> means any data, text, files, images, audio, code, prompts, instructions, configurations, or other content that Customer or its Users submit to, upload to, or otherwise provide to the AI Features for processing, including any Customer Data.</w:t>
      </w:r>
    </w:p>
    <w:p w14:paraId="30B84097" w14:textId="77777777" w:rsidR="00A045C6" w:rsidRPr="00050735" w:rsidRDefault="00FD5D0E" w:rsidP="00101192">
      <w:pPr>
        <w:spacing w:after="120"/>
        <w:jc w:val="both"/>
        <w:rPr>
          <w:rFonts w:ascii="Arial" w:hAnsi="Arial" w:cs="Arial"/>
          <w:sz w:val="16"/>
          <w:szCs w:val="16"/>
        </w:rPr>
      </w:pPr>
      <w:r w:rsidRPr="00050735">
        <w:rPr>
          <w:rFonts w:ascii="Arial" w:hAnsi="Arial" w:cs="Arial"/>
          <w:b/>
          <w:sz w:val="16"/>
          <w:szCs w:val="16"/>
        </w:rPr>
        <w:t>“Order”</w:t>
      </w:r>
      <w:r w:rsidRPr="00050735">
        <w:rPr>
          <w:rFonts w:ascii="Arial" w:hAnsi="Arial" w:cs="Arial"/>
          <w:sz w:val="16"/>
          <w:szCs w:val="16"/>
        </w:rPr>
        <w:t xml:space="preserve"> means the document by which Customer or Customer’s Affiliates acquire a Subscription and, if applicable, Professional Services (including a Statement of Work).</w:t>
      </w:r>
    </w:p>
    <w:p w14:paraId="24D27171" w14:textId="1E4B0C55" w:rsidR="002D463C" w:rsidRPr="00050735" w:rsidRDefault="477FD9E9" w:rsidP="00101192">
      <w:pPr>
        <w:spacing w:after="120"/>
        <w:jc w:val="both"/>
        <w:rPr>
          <w:rFonts w:ascii="Arial" w:hAnsi="Arial" w:cs="Arial"/>
          <w:sz w:val="16"/>
          <w:szCs w:val="16"/>
        </w:rPr>
      </w:pPr>
      <w:r w:rsidRPr="00050735">
        <w:rPr>
          <w:rFonts w:ascii="Arial" w:hAnsi="Arial" w:cs="Arial"/>
          <w:b/>
          <w:bCs/>
          <w:sz w:val="16"/>
          <w:szCs w:val="16"/>
        </w:rPr>
        <w:t>“Output”</w:t>
      </w:r>
      <w:r w:rsidRPr="00050735">
        <w:rPr>
          <w:rFonts w:ascii="Arial" w:hAnsi="Arial" w:cs="Arial"/>
          <w:sz w:val="16"/>
          <w:szCs w:val="16"/>
        </w:rPr>
        <w:t xml:space="preserve"> means any data, text, code, images, recommendations, analyses, or other content that is generated, returned, or produced by the AI Features in response to an Input</w:t>
      </w:r>
      <w:r w:rsidR="320DB4D9" w:rsidRPr="00050735">
        <w:rPr>
          <w:rFonts w:ascii="Arial" w:hAnsi="Arial" w:cs="Arial"/>
          <w:sz w:val="16"/>
          <w:szCs w:val="16"/>
        </w:rPr>
        <w:t xml:space="preserve">, excluding </w:t>
      </w:r>
      <w:r w:rsidR="5A310886" w:rsidRPr="00050735">
        <w:rPr>
          <w:rFonts w:ascii="Arial" w:hAnsi="Arial" w:cs="Arial"/>
          <w:sz w:val="16"/>
          <w:szCs w:val="16"/>
        </w:rPr>
        <w:t xml:space="preserve">Usage Data </w:t>
      </w:r>
      <w:r w:rsidR="320DB4D9" w:rsidRPr="00050735">
        <w:rPr>
          <w:rFonts w:ascii="Arial" w:hAnsi="Arial" w:cs="Arial"/>
          <w:sz w:val="16"/>
          <w:szCs w:val="16"/>
        </w:rPr>
        <w:t xml:space="preserve">and </w:t>
      </w:r>
      <w:proofErr w:type="spellStart"/>
      <w:r w:rsidR="320DB4D9" w:rsidRPr="00050735">
        <w:rPr>
          <w:rFonts w:ascii="Arial" w:hAnsi="Arial" w:cs="Arial"/>
          <w:sz w:val="16"/>
          <w:szCs w:val="16"/>
        </w:rPr>
        <w:t>Digital.ai’s</w:t>
      </w:r>
      <w:proofErr w:type="spellEnd"/>
      <w:r w:rsidR="320DB4D9" w:rsidRPr="00050735">
        <w:rPr>
          <w:rFonts w:ascii="Arial" w:hAnsi="Arial" w:cs="Arial"/>
          <w:sz w:val="16"/>
          <w:szCs w:val="16"/>
        </w:rPr>
        <w:t xml:space="preserve"> </w:t>
      </w:r>
      <w:r w:rsidR="39CF8B95" w:rsidRPr="00050735">
        <w:rPr>
          <w:rFonts w:ascii="Arial" w:hAnsi="Arial" w:cs="Arial"/>
          <w:sz w:val="16"/>
          <w:szCs w:val="16"/>
        </w:rPr>
        <w:t>intellectual property</w:t>
      </w:r>
      <w:r w:rsidRPr="00050735">
        <w:rPr>
          <w:rFonts w:ascii="Arial" w:hAnsi="Arial" w:cs="Arial"/>
          <w:sz w:val="16"/>
          <w:szCs w:val="16"/>
        </w:rPr>
        <w:t xml:space="preserve">. </w:t>
      </w:r>
    </w:p>
    <w:p w14:paraId="2792A125" w14:textId="77777777" w:rsidR="00A045C6" w:rsidRPr="00050735" w:rsidRDefault="00FD5D0E" w:rsidP="00101192">
      <w:pPr>
        <w:spacing w:after="120"/>
        <w:jc w:val="both"/>
        <w:rPr>
          <w:rFonts w:ascii="Arial" w:hAnsi="Arial" w:cs="Arial"/>
          <w:sz w:val="16"/>
          <w:szCs w:val="16"/>
        </w:rPr>
      </w:pPr>
      <w:r w:rsidRPr="00050735">
        <w:rPr>
          <w:rFonts w:ascii="Arial" w:hAnsi="Arial" w:cs="Arial"/>
          <w:b/>
          <w:sz w:val="16"/>
          <w:szCs w:val="16"/>
        </w:rPr>
        <w:t>“Professional Services”</w:t>
      </w:r>
      <w:r w:rsidRPr="00050735">
        <w:rPr>
          <w:rFonts w:ascii="Arial" w:hAnsi="Arial" w:cs="Arial"/>
          <w:sz w:val="16"/>
          <w:szCs w:val="16"/>
        </w:rPr>
        <w:t xml:space="preserve"> means technical, installation, integration, configuration, consulting and training services provided to Customer by Digital.ai or its designated subcontractors as set out in a Statement of Work.</w:t>
      </w:r>
    </w:p>
    <w:p w14:paraId="3F3CDC70" w14:textId="77777777" w:rsidR="00A045C6" w:rsidRPr="00050735" w:rsidRDefault="00FD5D0E" w:rsidP="00101192">
      <w:pPr>
        <w:spacing w:after="120"/>
        <w:jc w:val="both"/>
        <w:rPr>
          <w:rFonts w:ascii="Arial" w:hAnsi="Arial" w:cs="Arial"/>
          <w:sz w:val="16"/>
          <w:szCs w:val="16"/>
        </w:rPr>
      </w:pPr>
      <w:r w:rsidRPr="00050735">
        <w:rPr>
          <w:rFonts w:ascii="Arial" w:hAnsi="Arial" w:cs="Arial"/>
          <w:b/>
          <w:sz w:val="16"/>
          <w:szCs w:val="16"/>
        </w:rPr>
        <w:t>“Redistributable Components”</w:t>
      </w:r>
      <w:r w:rsidRPr="00050735">
        <w:rPr>
          <w:rFonts w:ascii="Arial" w:hAnsi="Arial" w:cs="Arial"/>
          <w:sz w:val="16"/>
          <w:szCs w:val="16"/>
        </w:rPr>
        <w:t xml:space="preserve"> means software components, provided by Digital.ai in object code format, to be incorporated into a Customer Application as an inseparably combined work.</w:t>
      </w:r>
    </w:p>
    <w:p w14:paraId="1CE17FEB" w14:textId="77777777" w:rsidR="00A045C6" w:rsidRPr="00050735" w:rsidRDefault="00FD5D0E" w:rsidP="00101192">
      <w:pPr>
        <w:spacing w:after="120"/>
        <w:jc w:val="both"/>
        <w:rPr>
          <w:rFonts w:ascii="Arial" w:hAnsi="Arial" w:cs="Arial"/>
          <w:sz w:val="16"/>
          <w:szCs w:val="16"/>
        </w:rPr>
      </w:pPr>
      <w:r w:rsidRPr="00050735">
        <w:rPr>
          <w:rFonts w:ascii="Arial" w:hAnsi="Arial" w:cs="Arial"/>
          <w:b/>
          <w:sz w:val="16"/>
          <w:szCs w:val="16"/>
        </w:rPr>
        <w:t>“Software”</w:t>
      </w:r>
      <w:r w:rsidRPr="00050735">
        <w:rPr>
          <w:rFonts w:ascii="Arial" w:hAnsi="Arial" w:cs="Arial"/>
          <w:sz w:val="16"/>
          <w:szCs w:val="16"/>
        </w:rPr>
        <w:t xml:space="preserve"> means the object code versions of the Digital.ai software as described on an Order.</w:t>
      </w:r>
    </w:p>
    <w:p w14:paraId="11F51BF0" w14:textId="77777777" w:rsidR="00A045C6" w:rsidRPr="00050735" w:rsidRDefault="00FD5D0E" w:rsidP="00101192">
      <w:pPr>
        <w:spacing w:after="120"/>
        <w:jc w:val="both"/>
        <w:rPr>
          <w:rFonts w:ascii="Arial" w:hAnsi="Arial" w:cs="Arial"/>
          <w:sz w:val="16"/>
          <w:szCs w:val="16"/>
        </w:rPr>
      </w:pPr>
      <w:r w:rsidRPr="00050735">
        <w:rPr>
          <w:rFonts w:ascii="Arial" w:hAnsi="Arial" w:cs="Arial"/>
          <w:b/>
          <w:sz w:val="16"/>
          <w:szCs w:val="16"/>
        </w:rPr>
        <w:t>“Statement of Work”</w:t>
      </w:r>
      <w:r w:rsidRPr="00050735">
        <w:rPr>
          <w:rFonts w:ascii="Arial" w:hAnsi="Arial" w:cs="Arial"/>
          <w:sz w:val="16"/>
          <w:szCs w:val="16"/>
        </w:rPr>
        <w:t xml:space="preserve"> means a document describing Professional Services to be provided by Digital.ai to Customer. For purposes of this MSA, a Statement of Work shall constitute an “Order”.</w:t>
      </w:r>
    </w:p>
    <w:p w14:paraId="033D7732" w14:textId="77777777" w:rsidR="00A045C6" w:rsidRPr="00050735" w:rsidRDefault="00FD5D0E" w:rsidP="00101192">
      <w:pPr>
        <w:spacing w:after="120"/>
        <w:jc w:val="both"/>
        <w:rPr>
          <w:rFonts w:ascii="Arial" w:hAnsi="Arial" w:cs="Arial"/>
          <w:sz w:val="16"/>
          <w:szCs w:val="16"/>
        </w:rPr>
      </w:pPr>
      <w:r w:rsidRPr="00050735">
        <w:rPr>
          <w:rFonts w:ascii="Arial" w:hAnsi="Arial" w:cs="Arial"/>
          <w:b/>
          <w:sz w:val="16"/>
          <w:szCs w:val="16"/>
        </w:rPr>
        <w:t>“Subscription”</w:t>
      </w:r>
      <w:r w:rsidRPr="00050735">
        <w:rPr>
          <w:rFonts w:ascii="Arial" w:hAnsi="Arial" w:cs="Arial"/>
          <w:sz w:val="16"/>
          <w:szCs w:val="16"/>
        </w:rPr>
        <w:t xml:space="preserve"> means the License and Support together as described in an Order.</w:t>
      </w:r>
    </w:p>
    <w:p w14:paraId="681264B2" w14:textId="38A5598B" w:rsidR="00A045C6" w:rsidRPr="00050735" w:rsidRDefault="00FD5D0E" w:rsidP="00101192">
      <w:pPr>
        <w:spacing w:after="120"/>
        <w:jc w:val="both"/>
        <w:rPr>
          <w:rFonts w:ascii="Arial" w:hAnsi="Arial" w:cs="Arial"/>
          <w:sz w:val="16"/>
          <w:szCs w:val="16"/>
        </w:rPr>
      </w:pPr>
      <w:r w:rsidRPr="00050735">
        <w:rPr>
          <w:rFonts w:ascii="Arial" w:hAnsi="Arial" w:cs="Arial"/>
          <w:b/>
          <w:bCs/>
          <w:sz w:val="16"/>
          <w:szCs w:val="16"/>
        </w:rPr>
        <w:t>“Support”</w:t>
      </w:r>
      <w:r w:rsidRPr="00050735">
        <w:rPr>
          <w:rFonts w:ascii="Arial" w:hAnsi="Arial" w:cs="Arial"/>
          <w:sz w:val="16"/>
          <w:szCs w:val="16"/>
        </w:rPr>
        <w:t xml:space="preserve"> means the technical support for the Software as specified in Section 5 below.</w:t>
      </w:r>
    </w:p>
    <w:p w14:paraId="662DB8F3" w14:textId="44E8ED25" w:rsidR="00B50032" w:rsidRPr="00B50032" w:rsidRDefault="75EAF885" w:rsidP="00801CEA">
      <w:pPr>
        <w:spacing w:after="120"/>
        <w:jc w:val="both"/>
        <w:rPr>
          <w:rFonts w:ascii="Arial" w:eastAsia="Calibri" w:hAnsi="Arial" w:cs="Arial"/>
          <w:sz w:val="16"/>
          <w:szCs w:val="16"/>
        </w:rPr>
      </w:pPr>
      <w:r w:rsidRPr="00050735">
        <w:rPr>
          <w:rFonts w:ascii="Arial" w:eastAsia="Calibri" w:hAnsi="Arial" w:cs="Arial"/>
          <w:b/>
          <w:bCs/>
          <w:sz w:val="16"/>
          <w:szCs w:val="16"/>
        </w:rPr>
        <w:t xml:space="preserve">“Usage Data” </w:t>
      </w:r>
      <w:r w:rsidRPr="00050735">
        <w:rPr>
          <w:rFonts w:ascii="Arial" w:eastAsia="Calibri" w:hAnsi="Arial" w:cs="Arial"/>
          <w:sz w:val="16"/>
          <w:szCs w:val="16"/>
        </w:rPr>
        <w:t>means</w:t>
      </w:r>
      <w:r w:rsidRPr="00050735">
        <w:rPr>
          <w:rFonts w:ascii="Arial" w:eastAsia="Calibri" w:hAnsi="Arial" w:cs="Arial"/>
          <w:b/>
          <w:bCs/>
          <w:sz w:val="16"/>
          <w:szCs w:val="16"/>
        </w:rPr>
        <w:t xml:space="preserve"> </w:t>
      </w:r>
      <w:r w:rsidRPr="00050735">
        <w:rPr>
          <w:rFonts w:ascii="Arial" w:eastAsia="Calibri" w:hAnsi="Arial" w:cs="Arial"/>
          <w:sz w:val="16"/>
          <w:szCs w:val="16"/>
        </w:rPr>
        <w:t>metadata, technical data and related operations information collected from Customer’s use of the Subscription.</w:t>
      </w:r>
    </w:p>
    <w:p w14:paraId="5DA8BC06" w14:textId="77777777" w:rsidR="00801CEA" w:rsidRDefault="00FD5D0E" w:rsidP="00801CEA">
      <w:pPr>
        <w:spacing w:after="120"/>
        <w:jc w:val="both"/>
        <w:rPr>
          <w:rFonts w:ascii="Arial" w:hAnsi="Arial" w:cs="Arial"/>
          <w:sz w:val="16"/>
          <w:szCs w:val="16"/>
        </w:rPr>
      </w:pPr>
      <w:r w:rsidRPr="00050735">
        <w:rPr>
          <w:rFonts w:ascii="Arial" w:hAnsi="Arial" w:cs="Arial"/>
          <w:b/>
          <w:sz w:val="16"/>
          <w:szCs w:val="16"/>
        </w:rPr>
        <w:lastRenderedPageBreak/>
        <w:t>“User”</w:t>
      </w:r>
      <w:r w:rsidRPr="00050735">
        <w:rPr>
          <w:rFonts w:ascii="Arial" w:hAnsi="Arial" w:cs="Arial"/>
          <w:sz w:val="16"/>
          <w:szCs w:val="16"/>
        </w:rPr>
        <w:t xml:space="preserve"> means any individual employee, contractor, or third-party agent authorized by Customer to use Software licensed under this MSA. The number of Users associated with each Subscription is indicated in the Order(s).</w:t>
      </w:r>
    </w:p>
    <w:p w14:paraId="119C5673" w14:textId="77777777" w:rsidR="00801CEA" w:rsidRDefault="00801CEA" w:rsidP="00801CEA">
      <w:pPr>
        <w:spacing w:after="120"/>
        <w:jc w:val="both"/>
        <w:rPr>
          <w:rFonts w:ascii="Arial" w:hAnsi="Arial" w:cs="Arial"/>
          <w:sz w:val="16"/>
          <w:szCs w:val="16"/>
        </w:rPr>
      </w:pPr>
    </w:p>
    <w:p w14:paraId="3FB52C3C" w14:textId="026E5468" w:rsidR="00A045C6" w:rsidRPr="002435AE" w:rsidRDefault="00FD5D0E" w:rsidP="00801CEA">
      <w:pPr>
        <w:spacing w:after="120"/>
        <w:jc w:val="both"/>
        <w:rPr>
          <w:rFonts w:ascii="Arial" w:hAnsi="Arial" w:cs="Arial"/>
          <w:sz w:val="16"/>
          <w:szCs w:val="16"/>
        </w:rPr>
      </w:pPr>
      <w:r w:rsidRPr="002435AE">
        <w:rPr>
          <w:rFonts w:ascii="Arial" w:hAnsi="Arial" w:cs="Arial"/>
          <w:b/>
          <w:sz w:val="16"/>
          <w:szCs w:val="16"/>
        </w:rPr>
        <w:t xml:space="preserve">2. </w:t>
      </w:r>
      <w:r w:rsidRPr="00801CEA">
        <w:rPr>
          <w:rFonts w:ascii="Arial" w:hAnsi="Arial" w:cs="Arial"/>
          <w:b/>
          <w:sz w:val="18"/>
          <w:szCs w:val="18"/>
        </w:rPr>
        <w:t>License</w:t>
      </w:r>
    </w:p>
    <w:p w14:paraId="246EBD9C" w14:textId="77777777" w:rsidR="00A045C6" w:rsidRPr="002435AE" w:rsidRDefault="00FD5D0E" w:rsidP="00990BAD">
      <w:pPr>
        <w:spacing w:after="120"/>
        <w:jc w:val="both"/>
        <w:rPr>
          <w:rFonts w:ascii="Arial" w:hAnsi="Arial" w:cs="Arial"/>
          <w:sz w:val="16"/>
          <w:szCs w:val="16"/>
        </w:rPr>
      </w:pPr>
      <w:r w:rsidRPr="002435AE">
        <w:rPr>
          <w:rFonts w:ascii="Arial" w:hAnsi="Arial" w:cs="Arial"/>
          <w:sz w:val="16"/>
          <w:szCs w:val="16"/>
        </w:rPr>
        <w:t xml:space="preserve">2.1 </w:t>
      </w:r>
      <w:r w:rsidRPr="002435AE">
        <w:rPr>
          <w:rFonts w:ascii="Arial" w:hAnsi="Arial" w:cs="Arial"/>
          <w:i/>
          <w:iCs/>
          <w:sz w:val="16"/>
          <w:szCs w:val="16"/>
        </w:rPr>
        <w:t>License Grant for Software</w:t>
      </w:r>
      <w:r w:rsidRPr="002435AE">
        <w:rPr>
          <w:rFonts w:ascii="Arial" w:hAnsi="Arial" w:cs="Arial"/>
          <w:sz w:val="16"/>
          <w:szCs w:val="16"/>
        </w:rPr>
        <w:t>. Subject to the terms and conditions of this MSA, Digital.ai grants Customer a non-exclusive, non-transferable, revocable, and non-sublicensable license for the term of the applicable Order to use the Software and Documentation, solely for Customer’s internal business purposes, and on platforms (if applicable) specified in such Order as licensed (the “</w:t>
      </w:r>
      <w:r w:rsidRPr="00E063BF">
        <w:rPr>
          <w:rFonts w:ascii="Arial" w:hAnsi="Arial" w:cs="Arial"/>
          <w:b/>
          <w:bCs/>
          <w:sz w:val="16"/>
          <w:szCs w:val="16"/>
        </w:rPr>
        <w:t>License</w:t>
      </w:r>
      <w:r w:rsidRPr="002435AE">
        <w:rPr>
          <w:rFonts w:ascii="Arial" w:hAnsi="Arial" w:cs="Arial"/>
          <w:sz w:val="16"/>
          <w:szCs w:val="16"/>
        </w:rPr>
        <w:t xml:space="preserve">”). The License is limited to the licensing metric(s) indicated </w:t>
      </w:r>
      <w:proofErr w:type="gramStart"/>
      <w:r w:rsidRPr="002435AE">
        <w:rPr>
          <w:rFonts w:ascii="Arial" w:hAnsi="Arial" w:cs="Arial"/>
          <w:sz w:val="16"/>
          <w:szCs w:val="16"/>
        </w:rPr>
        <w:t>on</w:t>
      </w:r>
      <w:proofErr w:type="gramEnd"/>
      <w:r w:rsidRPr="002435AE">
        <w:rPr>
          <w:rFonts w:ascii="Arial" w:hAnsi="Arial" w:cs="Arial"/>
          <w:sz w:val="16"/>
          <w:szCs w:val="16"/>
        </w:rPr>
        <w:t xml:space="preserve"> the applicable Order. Any Order shall be incorporated herein by reference.</w:t>
      </w:r>
    </w:p>
    <w:p w14:paraId="01B6734C" w14:textId="223CEC0D" w:rsidR="1E3F633C" w:rsidRPr="002435AE" w:rsidRDefault="00FD5D0E" w:rsidP="0D341671">
      <w:pPr>
        <w:spacing w:after="120"/>
        <w:jc w:val="both"/>
        <w:rPr>
          <w:rFonts w:ascii="Arial" w:eastAsia="Calibri" w:hAnsi="Arial" w:cs="Arial"/>
          <w:sz w:val="16"/>
          <w:szCs w:val="16"/>
        </w:rPr>
      </w:pPr>
      <w:r w:rsidRPr="002435AE">
        <w:rPr>
          <w:rFonts w:ascii="Arial" w:hAnsi="Arial" w:cs="Arial"/>
          <w:sz w:val="16"/>
          <w:szCs w:val="16"/>
        </w:rPr>
        <w:t xml:space="preserve">2.2 </w:t>
      </w:r>
      <w:r w:rsidR="1E3F633C" w:rsidRPr="002435AE">
        <w:rPr>
          <w:rFonts w:ascii="Arial" w:hAnsi="Arial" w:cs="Arial"/>
          <w:i/>
          <w:iCs/>
          <w:sz w:val="16"/>
          <w:szCs w:val="16"/>
        </w:rPr>
        <w:t>Over-provisions and Overage</w:t>
      </w:r>
      <w:r w:rsidR="280FF2C1" w:rsidRPr="002435AE">
        <w:rPr>
          <w:rFonts w:ascii="Arial" w:hAnsi="Arial" w:cs="Arial"/>
          <w:sz w:val="16"/>
          <w:szCs w:val="16"/>
        </w:rPr>
        <w:t xml:space="preserve">. </w:t>
      </w:r>
      <w:r w:rsidR="280FF2C1" w:rsidRPr="002435AE">
        <w:rPr>
          <w:rFonts w:ascii="Arial" w:eastAsia="Calibri" w:hAnsi="Arial" w:cs="Arial"/>
          <w:sz w:val="16"/>
          <w:szCs w:val="16"/>
        </w:rPr>
        <w:t xml:space="preserve">Digital.ai may over-provision the Software </w:t>
      </w:r>
      <w:r w:rsidR="00B53DCF" w:rsidRPr="002435AE">
        <w:rPr>
          <w:rFonts w:ascii="Arial" w:eastAsia="Calibri" w:hAnsi="Arial" w:cs="Arial"/>
          <w:sz w:val="16"/>
          <w:szCs w:val="16"/>
        </w:rPr>
        <w:t>L</w:t>
      </w:r>
      <w:r w:rsidR="280FF2C1" w:rsidRPr="002435AE">
        <w:rPr>
          <w:rFonts w:ascii="Arial" w:eastAsia="Calibri" w:hAnsi="Arial" w:cs="Arial"/>
          <w:sz w:val="16"/>
          <w:szCs w:val="16"/>
        </w:rPr>
        <w:t>icense</w:t>
      </w:r>
      <w:r w:rsidR="00B53DCF" w:rsidRPr="002435AE">
        <w:rPr>
          <w:rFonts w:ascii="Arial" w:eastAsia="Calibri" w:hAnsi="Arial" w:cs="Arial"/>
          <w:sz w:val="16"/>
          <w:szCs w:val="16"/>
        </w:rPr>
        <w:t>s</w:t>
      </w:r>
      <w:r w:rsidR="280FF2C1" w:rsidRPr="002435AE">
        <w:rPr>
          <w:rFonts w:ascii="Arial" w:eastAsia="Calibri" w:hAnsi="Arial" w:cs="Arial"/>
          <w:sz w:val="16"/>
          <w:szCs w:val="16"/>
        </w:rPr>
        <w:t xml:space="preserve"> at its discretion. Any use </w:t>
      </w:r>
      <w:proofErr w:type="gramStart"/>
      <w:r w:rsidR="280FF2C1" w:rsidRPr="002435AE">
        <w:rPr>
          <w:rFonts w:ascii="Arial" w:eastAsia="Calibri" w:hAnsi="Arial" w:cs="Arial"/>
          <w:sz w:val="16"/>
          <w:szCs w:val="16"/>
        </w:rPr>
        <w:t>in excess of</w:t>
      </w:r>
      <w:proofErr w:type="gramEnd"/>
      <w:r w:rsidR="280FF2C1" w:rsidRPr="002435AE">
        <w:rPr>
          <w:rFonts w:ascii="Arial" w:eastAsia="Calibri" w:hAnsi="Arial" w:cs="Arial"/>
          <w:sz w:val="16"/>
          <w:szCs w:val="16"/>
        </w:rPr>
        <w:t xml:space="preserve"> the licensed entitlements according to the Order is the Customer's responsibility. </w:t>
      </w:r>
      <w:r w:rsidR="00434B8F" w:rsidRPr="002435AE">
        <w:rPr>
          <w:rFonts w:ascii="Arial" w:eastAsia="Calibri" w:hAnsi="Arial" w:cs="Arial"/>
          <w:sz w:val="16"/>
          <w:szCs w:val="16"/>
        </w:rPr>
        <w:t xml:space="preserve">Digital.ai </w:t>
      </w:r>
      <w:r w:rsidR="00C23702" w:rsidRPr="002435AE">
        <w:rPr>
          <w:rFonts w:ascii="Arial" w:eastAsia="Calibri" w:hAnsi="Arial" w:cs="Arial"/>
          <w:sz w:val="16"/>
          <w:szCs w:val="16"/>
        </w:rPr>
        <w:t>may</w:t>
      </w:r>
      <w:r w:rsidR="00AD403C" w:rsidRPr="002435AE">
        <w:rPr>
          <w:rFonts w:ascii="Arial" w:eastAsia="Calibri" w:hAnsi="Arial" w:cs="Arial"/>
          <w:sz w:val="16"/>
          <w:szCs w:val="16"/>
        </w:rPr>
        <w:t>,</w:t>
      </w:r>
      <w:r w:rsidR="00DE3B4D" w:rsidRPr="002435AE">
        <w:rPr>
          <w:rFonts w:ascii="Arial" w:eastAsia="Calibri" w:hAnsi="Arial" w:cs="Arial"/>
          <w:sz w:val="16"/>
          <w:szCs w:val="16"/>
        </w:rPr>
        <w:t xml:space="preserve"> on an annual basis,</w:t>
      </w:r>
      <w:r w:rsidR="00434B8F" w:rsidRPr="002435AE">
        <w:rPr>
          <w:rFonts w:ascii="Arial" w:eastAsia="Calibri" w:hAnsi="Arial" w:cs="Arial"/>
          <w:sz w:val="16"/>
          <w:szCs w:val="16"/>
        </w:rPr>
        <w:t xml:space="preserve"> verify</w:t>
      </w:r>
      <w:r w:rsidR="00DE3B4D" w:rsidRPr="002435AE">
        <w:rPr>
          <w:rFonts w:ascii="Arial" w:eastAsia="Calibri" w:hAnsi="Arial" w:cs="Arial"/>
          <w:sz w:val="16"/>
          <w:szCs w:val="16"/>
        </w:rPr>
        <w:t xml:space="preserve"> </w:t>
      </w:r>
      <w:r w:rsidR="00434B8F" w:rsidRPr="002435AE">
        <w:rPr>
          <w:rFonts w:ascii="Arial" w:eastAsia="Calibri" w:hAnsi="Arial" w:cs="Arial"/>
          <w:sz w:val="16"/>
          <w:szCs w:val="16"/>
        </w:rPr>
        <w:t xml:space="preserve">that Customer’s use of the Software has not exceeded the authorized number of Users for the specific Subscription under </w:t>
      </w:r>
      <w:r w:rsidR="002F6A72" w:rsidRPr="002435AE">
        <w:rPr>
          <w:rFonts w:ascii="Arial" w:eastAsia="Calibri" w:hAnsi="Arial" w:cs="Arial"/>
          <w:sz w:val="16"/>
          <w:szCs w:val="16"/>
        </w:rPr>
        <w:t>the</w:t>
      </w:r>
      <w:r w:rsidR="00434B8F" w:rsidRPr="002435AE">
        <w:rPr>
          <w:rFonts w:ascii="Arial" w:eastAsia="Calibri" w:hAnsi="Arial" w:cs="Arial"/>
          <w:sz w:val="16"/>
          <w:szCs w:val="16"/>
        </w:rPr>
        <w:t xml:space="preserve"> applicable Order. </w:t>
      </w:r>
      <w:r w:rsidR="280FF2C1" w:rsidRPr="002435AE">
        <w:rPr>
          <w:rFonts w:ascii="Arial" w:eastAsia="Calibri" w:hAnsi="Arial" w:cs="Arial"/>
          <w:sz w:val="16"/>
          <w:szCs w:val="16"/>
        </w:rPr>
        <w:t>Digital.ai reserves the right to invoice Customer for such over</w:t>
      </w:r>
      <w:r w:rsidR="004F6E7F" w:rsidRPr="002435AE">
        <w:rPr>
          <w:rFonts w:ascii="Arial" w:eastAsia="Calibri" w:hAnsi="Arial" w:cs="Arial"/>
          <w:sz w:val="16"/>
          <w:szCs w:val="16"/>
        </w:rPr>
        <w:t xml:space="preserve"> </w:t>
      </w:r>
      <w:r w:rsidR="280FF2C1" w:rsidRPr="002435AE">
        <w:rPr>
          <w:rFonts w:ascii="Arial" w:eastAsia="Calibri" w:hAnsi="Arial" w:cs="Arial"/>
          <w:sz w:val="16"/>
          <w:szCs w:val="16"/>
        </w:rPr>
        <w:t>usage in accordance with th</w:t>
      </w:r>
      <w:r w:rsidR="00784718" w:rsidRPr="002435AE">
        <w:rPr>
          <w:rFonts w:ascii="Arial" w:eastAsia="Calibri" w:hAnsi="Arial" w:cs="Arial"/>
          <w:sz w:val="16"/>
          <w:szCs w:val="16"/>
        </w:rPr>
        <w:t>is MSA</w:t>
      </w:r>
      <w:r w:rsidR="280FF2C1" w:rsidRPr="002435AE">
        <w:rPr>
          <w:rFonts w:ascii="Arial" w:eastAsia="Calibri" w:hAnsi="Arial" w:cs="Arial"/>
          <w:sz w:val="16"/>
          <w:szCs w:val="16"/>
        </w:rPr>
        <w:t>. Over-provisioning shall not constitute a waiver of the applicable license limits or a grant of additional license rights.</w:t>
      </w:r>
      <w:r w:rsidR="00965786" w:rsidRPr="002435AE">
        <w:rPr>
          <w:rFonts w:ascii="Arial" w:eastAsia="Calibri" w:hAnsi="Arial" w:cs="Arial"/>
          <w:sz w:val="16"/>
          <w:szCs w:val="16"/>
        </w:rPr>
        <w:t xml:space="preserve"> </w:t>
      </w:r>
    </w:p>
    <w:p w14:paraId="476CCBE9" w14:textId="1B2B2ED6" w:rsidR="00A045C6" w:rsidRPr="002435AE" w:rsidRDefault="496F1E81" w:rsidP="18354CF1">
      <w:pPr>
        <w:spacing w:after="120"/>
        <w:jc w:val="both"/>
        <w:rPr>
          <w:rFonts w:ascii="Arial" w:hAnsi="Arial" w:cs="Arial"/>
          <w:sz w:val="16"/>
          <w:szCs w:val="16"/>
        </w:rPr>
      </w:pPr>
      <w:r w:rsidRPr="002435AE">
        <w:rPr>
          <w:rFonts w:ascii="Arial" w:hAnsi="Arial" w:cs="Arial"/>
          <w:sz w:val="16"/>
          <w:szCs w:val="16"/>
        </w:rPr>
        <w:t>2.</w:t>
      </w:r>
      <w:r w:rsidR="6B1CD0C7" w:rsidRPr="002435AE">
        <w:rPr>
          <w:rFonts w:ascii="Arial" w:hAnsi="Arial" w:cs="Arial"/>
          <w:sz w:val="16"/>
          <w:szCs w:val="16"/>
        </w:rPr>
        <w:t>3</w:t>
      </w:r>
      <w:r w:rsidRPr="002435AE">
        <w:rPr>
          <w:rFonts w:ascii="Arial" w:hAnsi="Arial" w:cs="Arial"/>
          <w:sz w:val="16"/>
          <w:szCs w:val="16"/>
        </w:rPr>
        <w:t xml:space="preserve"> </w:t>
      </w:r>
      <w:r w:rsidRPr="002435AE">
        <w:rPr>
          <w:rFonts w:ascii="Arial" w:hAnsi="Arial" w:cs="Arial"/>
          <w:i/>
          <w:iCs/>
          <w:sz w:val="16"/>
          <w:szCs w:val="16"/>
        </w:rPr>
        <w:t xml:space="preserve">License </w:t>
      </w:r>
      <w:r w:rsidR="00FD5D0E" w:rsidRPr="002435AE">
        <w:rPr>
          <w:rFonts w:ascii="Arial" w:hAnsi="Arial" w:cs="Arial"/>
          <w:i/>
          <w:iCs/>
          <w:sz w:val="16"/>
          <w:szCs w:val="16"/>
        </w:rPr>
        <w:t>Grant for Redistributable Components</w:t>
      </w:r>
      <w:r w:rsidR="00FD5D0E" w:rsidRPr="002435AE">
        <w:rPr>
          <w:rFonts w:ascii="Arial" w:hAnsi="Arial" w:cs="Arial"/>
          <w:sz w:val="16"/>
          <w:szCs w:val="16"/>
        </w:rPr>
        <w:t>. Subject to the terms and conditions of this MSA, Digital.ai grants Customer a non-transferable, revocable, and non-sublicensable license for the term of the applicable Order to reproduce the Redistributable Components identified in the Documentation, solely in object code format and to distribute such copies of the Redistributable Components to Customer’s end user customers (“</w:t>
      </w:r>
      <w:r w:rsidR="00FD5D0E" w:rsidRPr="00E063BF">
        <w:rPr>
          <w:rFonts w:ascii="Arial" w:hAnsi="Arial" w:cs="Arial"/>
          <w:b/>
          <w:bCs/>
          <w:sz w:val="16"/>
          <w:szCs w:val="16"/>
        </w:rPr>
        <w:t>End User(s)</w:t>
      </w:r>
      <w:r w:rsidR="00FD5D0E" w:rsidRPr="002435AE">
        <w:rPr>
          <w:rFonts w:ascii="Arial" w:hAnsi="Arial" w:cs="Arial"/>
          <w:sz w:val="16"/>
          <w:szCs w:val="16"/>
        </w:rPr>
        <w:t>”) as an inseparably combined work as specified in such Order as licensed (the “</w:t>
      </w:r>
      <w:r w:rsidR="00FD5D0E" w:rsidRPr="00E063BF">
        <w:rPr>
          <w:rFonts w:ascii="Arial" w:hAnsi="Arial" w:cs="Arial"/>
          <w:b/>
          <w:bCs/>
          <w:sz w:val="16"/>
          <w:szCs w:val="16"/>
        </w:rPr>
        <w:t>Redistributable Components License</w:t>
      </w:r>
      <w:r w:rsidR="00FD5D0E" w:rsidRPr="002435AE">
        <w:rPr>
          <w:rFonts w:ascii="Arial" w:hAnsi="Arial" w:cs="Arial"/>
          <w:sz w:val="16"/>
          <w:szCs w:val="16"/>
        </w:rPr>
        <w:t>”).</w:t>
      </w:r>
    </w:p>
    <w:p w14:paraId="33D77300" w14:textId="6565336E" w:rsidR="00A045C6" w:rsidRPr="002435AE" w:rsidRDefault="00FD5D0E" w:rsidP="18354CF1">
      <w:pPr>
        <w:spacing w:after="120"/>
        <w:jc w:val="both"/>
        <w:rPr>
          <w:rFonts w:ascii="Arial" w:hAnsi="Arial" w:cs="Arial"/>
          <w:sz w:val="16"/>
          <w:szCs w:val="16"/>
        </w:rPr>
      </w:pPr>
      <w:r w:rsidRPr="002435AE">
        <w:rPr>
          <w:rFonts w:ascii="Arial" w:hAnsi="Arial" w:cs="Arial"/>
          <w:sz w:val="16"/>
          <w:szCs w:val="16"/>
        </w:rPr>
        <w:t>2.</w:t>
      </w:r>
      <w:r w:rsidR="68C2177F" w:rsidRPr="002435AE">
        <w:rPr>
          <w:rFonts w:ascii="Arial" w:hAnsi="Arial" w:cs="Arial"/>
          <w:sz w:val="16"/>
          <w:szCs w:val="16"/>
        </w:rPr>
        <w:t>3</w:t>
      </w:r>
      <w:r w:rsidRPr="002435AE">
        <w:rPr>
          <w:rFonts w:ascii="Arial" w:hAnsi="Arial" w:cs="Arial"/>
          <w:sz w:val="16"/>
          <w:szCs w:val="16"/>
        </w:rPr>
        <w:t xml:space="preserve"> </w:t>
      </w:r>
      <w:r w:rsidRPr="002435AE">
        <w:rPr>
          <w:rFonts w:ascii="Arial" w:hAnsi="Arial" w:cs="Arial"/>
          <w:i/>
          <w:iCs/>
          <w:sz w:val="16"/>
          <w:szCs w:val="16"/>
        </w:rPr>
        <w:t>License Grant to Customer Affiliates</w:t>
      </w:r>
      <w:r w:rsidRPr="002435AE">
        <w:rPr>
          <w:rFonts w:ascii="Arial" w:hAnsi="Arial" w:cs="Arial"/>
          <w:sz w:val="16"/>
          <w:szCs w:val="16"/>
        </w:rPr>
        <w:t>. Customer’s Affiliates may license the Software and the Documentation, provided any such Affiliate executes a separate Order which by reference incorporates in and is subject to the terms and conditions of this MSA. Any such use by Customer’s Affiliates will count toward the stated metrics and does not relieve the Customer of its obligations under the MSA.</w:t>
      </w:r>
    </w:p>
    <w:p w14:paraId="6B639A2B" w14:textId="76E8D3DE" w:rsidR="00A045C6" w:rsidRPr="002435AE" w:rsidRDefault="00FD5D0E" w:rsidP="18354CF1">
      <w:pPr>
        <w:spacing w:after="120"/>
        <w:jc w:val="both"/>
        <w:rPr>
          <w:rFonts w:ascii="Arial" w:hAnsi="Arial" w:cs="Arial"/>
          <w:sz w:val="16"/>
          <w:szCs w:val="16"/>
        </w:rPr>
      </w:pPr>
      <w:r w:rsidRPr="002435AE">
        <w:rPr>
          <w:rFonts w:ascii="Arial" w:hAnsi="Arial" w:cs="Arial"/>
          <w:sz w:val="16"/>
          <w:szCs w:val="16"/>
        </w:rPr>
        <w:t>2.</w:t>
      </w:r>
      <w:r w:rsidR="40A0EBBE" w:rsidRPr="002435AE">
        <w:rPr>
          <w:rFonts w:ascii="Arial" w:hAnsi="Arial" w:cs="Arial"/>
          <w:sz w:val="16"/>
          <w:szCs w:val="16"/>
        </w:rPr>
        <w:t>4</w:t>
      </w:r>
      <w:r w:rsidRPr="002435AE">
        <w:rPr>
          <w:rFonts w:ascii="Arial" w:hAnsi="Arial" w:cs="Arial"/>
          <w:sz w:val="16"/>
          <w:szCs w:val="16"/>
        </w:rPr>
        <w:t xml:space="preserve"> </w:t>
      </w:r>
      <w:r w:rsidRPr="002435AE">
        <w:rPr>
          <w:rFonts w:ascii="Arial" w:hAnsi="Arial" w:cs="Arial"/>
          <w:i/>
          <w:iCs/>
          <w:sz w:val="16"/>
          <w:szCs w:val="16"/>
        </w:rPr>
        <w:t>License Conditions and Restrictions.</w:t>
      </w:r>
    </w:p>
    <w:p w14:paraId="671E5549" w14:textId="77777777" w:rsidR="00A045C6" w:rsidRPr="002435AE" w:rsidRDefault="00FD5D0E" w:rsidP="00A665DE">
      <w:pPr>
        <w:spacing w:after="120"/>
        <w:ind w:left="720"/>
        <w:jc w:val="both"/>
        <w:rPr>
          <w:rFonts w:ascii="Arial" w:hAnsi="Arial" w:cs="Arial"/>
          <w:sz w:val="16"/>
          <w:szCs w:val="16"/>
        </w:rPr>
      </w:pPr>
      <w:r w:rsidRPr="002435AE">
        <w:rPr>
          <w:rFonts w:ascii="Arial" w:hAnsi="Arial" w:cs="Arial"/>
          <w:sz w:val="16"/>
          <w:szCs w:val="16"/>
        </w:rPr>
        <w:t>(</w:t>
      </w:r>
      <w:proofErr w:type="spellStart"/>
      <w:r w:rsidRPr="002435AE">
        <w:rPr>
          <w:rFonts w:ascii="Arial" w:hAnsi="Arial" w:cs="Arial"/>
          <w:sz w:val="16"/>
          <w:szCs w:val="16"/>
        </w:rPr>
        <w:t>i</w:t>
      </w:r>
      <w:proofErr w:type="spellEnd"/>
      <w:r w:rsidRPr="002435AE">
        <w:rPr>
          <w:rFonts w:ascii="Arial" w:hAnsi="Arial" w:cs="Arial"/>
          <w:sz w:val="16"/>
          <w:szCs w:val="16"/>
        </w:rPr>
        <w:t xml:space="preserve">) Customer shall not circumvent, or attempt to circumvent, the requirements for an individual login for each User, any license requirement, security devices, access logs, or other measures provided, or permit or assist any User to do the same. Digital.ai may supply administrator login credentials which enable Customer to assign usernames and passwords to Users. Customer assumes sole responsibility for use of any such credentials and shall notify Digital.ai immediately if such credentials are, or are suspected to have been, misappropriated. </w:t>
      </w:r>
      <w:proofErr w:type="gramStart"/>
      <w:r w:rsidRPr="002435AE">
        <w:rPr>
          <w:rFonts w:ascii="Arial" w:hAnsi="Arial" w:cs="Arial"/>
          <w:sz w:val="16"/>
          <w:szCs w:val="16"/>
        </w:rPr>
        <w:t>Customer</w:t>
      </w:r>
      <w:proofErr w:type="gramEnd"/>
      <w:r w:rsidRPr="002435AE">
        <w:rPr>
          <w:rFonts w:ascii="Arial" w:hAnsi="Arial" w:cs="Arial"/>
          <w:sz w:val="16"/>
          <w:szCs w:val="16"/>
        </w:rPr>
        <w:t xml:space="preserve"> must follow the recommended installation procedures for Software licensed under the MSA. Unless otherwise agreed upon, Customer agrees that the server(s) on which the Software will be installed will be </w:t>
      </w:r>
      <w:proofErr w:type="gramStart"/>
      <w:r w:rsidRPr="002435AE">
        <w:rPr>
          <w:rFonts w:ascii="Arial" w:hAnsi="Arial" w:cs="Arial"/>
          <w:sz w:val="16"/>
          <w:szCs w:val="16"/>
        </w:rPr>
        <w:t>connected at all times</w:t>
      </w:r>
      <w:proofErr w:type="gramEnd"/>
      <w:r w:rsidRPr="002435AE">
        <w:rPr>
          <w:rFonts w:ascii="Arial" w:hAnsi="Arial" w:cs="Arial"/>
          <w:sz w:val="16"/>
          <w:szCs w:val="16"/>
        </w:rPr>
        <w:t xml:space="preserve"> to the Internet and not </w:t>
      </w:r>
      <w:proofErr w:type="gramStart"/>
      <w:r w:rsidRPr="002435AE">
        <w:rPr>
          <w:rFonts w:ascii="Arial" w:hAnsi="Arial" w:cs="Arial"/>
          <w:sz w:val="16"/>
          <w:szCs w:val="16"/>
        </w:rPr>
        <w:t>to block</w:t>
      </w:r>
      <w:proofErr w:type="gramEnd"/>
      <w:r w:rsidRPr="002435AE">
        <w:rPr>
          <w:rFonts w:ascii="Arial" w:hAnsi="Arial" w:cs="Arial"/>
          <w:sz w:val="16"/>
          <w:szCs w:val="16"/>
        </w:rPr>
        <w:t xml:space="preserve">, electronically or otherwise, the transmission of data required for compliance with the MSA. Any blocking of data required for compliance under the MSA is a material breach of the MSA. </w:t>
      </w:r>
      <w:proofErr w:type="gramStart"/>
      <w:r w:rsidRPr="002435AE">
        <w:rPr>
          <w:rFonts w:ascii="Arial" w:hAnsi="Arial" w:cs="Arial"/>
          <w:sz w:val="16"/>
          <w:szCs w:val="16"/>
        </w:rPr>
        <w:t>Customer is</w:t>
      </w:r>
      <w:proofErr w:type="gramEnd"/>
      <w:r w:rsidRPr="002435AE">
        <w:rPr>
          <w:rFonts w:ascii="Arial" w:hAnsi="Arial" w:cs="Arial"/>
          <w:sz w:val="16"/>
          <w:szCs w:val="16"/>
        </w:rPr>
        <w:t xml:space="preserve"> responsible for providing the systems, servers, software and network and communications necessary to access and use the Software. Customer is responsible for all acts and omissions of its Users as if they were Customer’s acts and omissions.</w:t>
      </w:r>
    </w:p>
    <w:p w14:paraId="11BAC07E" w14:textId="77777777" w:rsidR="00A045C6" w:rsidRPr="002435AE" w:rsidRDefault="00FD5D0E" w:rsidP="00A665DE">
      <w:pPr>
        <w:spacing w:after="120"/>
        <w:ind w:left="720"/>
        <w:jc w:val="both"/>
        <w:rPr>
          <w:rFonts w:ascii="Arial" w:hAnsi="Arial" w:cs="Arial"/>
          <w:sz w:val="16"/>
          <w:szCs w:val="16"/>
        </w:rPr>
      </w:pPr>
      <w:r w:rsidRPr="002435AE">
        <w:rPr>
          <w:rFonts w:ascii="Arial" w:hAnsi="Arial" w:cs="Arial"/>
          <w:sz w:val="16"/>
          <w:szCs w:val="16"/>
        </w:rPr>
        <w:t>(ii) Except as expressly permitted by the MSA, Customer will not, directly or indirectly,</w:t>
      </w:r>
    </w:p>
    <w:p w14:paraId="447755A0" w14:textId="77777777" w:rsidR="00A045C6" w:rsidRPr="002435AE" w:rsidRDefault="00FD5D0E" w:rsidP="00A665DE">
      <w:pPr>
        <w:spacing w:after="120"/>
        <w:ind w:left="1440"/>
        <w:jc w:val="both"/>
        <w:rPr>
          <w:rFonts w:ascii="Arial" w:hAnsi="Arial" w:cs="Arial"/>
          <w:sz w:val="16"/>
          <w:szCs w:val="16"/>
        </w:rPr>
      </w:pPr>
      <w:r w:rsidRPr="002435AE">
        <w:rPr>
          <w:rFonts w:ascii="Arial" w:hAnsi="Arial" w:cs="Arial"/>
          <w:sz w:val="16"/>
          <w:szCs w:val="16"/>
        </w:rPr>
        <w:t>(a) act as a service bureau, application service provider, or other service provided to third parties, sublicense transfer, lease, rent or otherwise assign its rights in the Software, Redistributable Components, or the Documentation to any third party;</w:t>
      </w:r>
    </w:p>
    <w:p w14:paraId="311CA947" w14:textId="77777777" w:rsidR="00A045C6" w:rsidRPr="002435AE" w:rsidRDefault="00FD5D0E" w:rsidP="00A665DE">
      <w:pPr>
        <w:spacing w:after="120"/>
        <w:ind w:left="1440"/>
        <w:jc w:val="both"/>
        <w:rPr>
          <w:rFonts w:ascii="Arial" w:hAnsi="Arial" w:cs="Arial"/>
          <w:sz w:val="16"/>
          <w:szCs w:val="16"/>
        </w:rPr>
      </w:pPr>
      <w:r w:rsidRPr="002435AE">
        <w:rPr>
          <w:rFonts w:ascii="Arial" w:hAnsi="Arial" w:cs="Arial"/>
          <w:sz w:val="16"/>
          <w:szCs w:val="16"/>
        </w:rPr>
        <w:t xml:space="preserve">(b) modify the Software, Redistributable Components, or </w:t>
      </w:r>
      <w:proofErr w:type="gramStart"/>
      <w:r w:rsidRPr="002435AE">
        <w:rPr>
          <w:rFonts w:ascii="Arial" w:hAnsi="Arial" w:cs="Arial"/>
          <w:sz w:val="16"/>
          <w:szCs w:val="16"/>
        </w:rPr>
        <w:t>the Documentation</w:t>
      </w:r>
      <w:proofErr w:type="gramEnd"/>
      <w:r w:rsidRPr="002435AE">
        <w:rPr>
          <w:rFonts w:ascii="Arial" w:hAnsi="Arial" w:cs="Arial"/>
          <w:sz w:val="16"/>
          <w:szCs w:val="16"/>
        </w:rPr>
        <w:t>, create or attempt to create any derivative works of the Software, Redistributable Components, or the Documentation, or translate, reproduce, reverse engineer, re-engineer, de-compile, or disassemble the Software, Redistributable Components, or the Documentation;</w:t>
      </w:r>
    </w:p>
    <w:p w14:paraId="3396CD94" w14:textId="77777777" w:rsidR="00A045C6" w:rsidRPr="002435AE" w:rsidRDefault="00FD5D0E" w:rsidP="00A665DE">
      <w:pPr>
        <w:spacing w:after="120"/>
        <w:ind w:left="1440"/>
        <w:jc w:val="both"/>
        <w:rPr>
          <w:rFonts w:ascii="Arial" w:hAnsi="Arial" w:cs="Arial"/>
          <w:sz w:val="16"/>
          <w:szCs w:val="16"/>
        </w:rPr>
      </w:pPr>
      <w:r w:rsidRPr="002435AE">
        <w:rPr>
          <w:rFonts w:ascii="Arial" w:hAnsi="Arial" w:cs="Arial"/>
          <w:sz w:val="16"/>
          <w:szCs w:val="16"/>
        </w:rPr>
        <w:t>(c) make use of any of the Software, Redistributable Components, or the Documentation for which it has not paid;</w:t>
      </w:r>
    </w:p>
    <w:p w14:paraId="3B5976DD" w14:textId="77777777" w:rsidR="00A045C6" w:rsidRPr="002435AE" w:rsidRDefault="00FD5D0E" w:rsidP="00A665DE">
      <w:pPr>
        <w:spacing w:after="120"/>
        <w:ind w:left="1440"/>
        <w:jc w:val="both"/>
        <w:rPr>
          <w:rFonts w:ascii="Arial" w:hAnsi="Arial" w:cs="Arial"/>
          <w:sz w:val="16"/>
          <w:szCs w:val="16"/>
        </w:rPr>
      </w:pPr>
      <w:r w:rsidRPr="002435AE">
        <w:rPr>
          <w:rFonts w:ascii="Arial" w:hAnsi="Arial" w:cs="Arial"/>
          <w:sz w:val="16"/>
          <w:szCs w:val="16"/>
        </w:rPr>
        <w:t xml:space="preserve">(d) use </w:t>
      </w:r>
      <w:proofErr w:type="gramStart"/>
      <w:r w:rsidRPr="002435AE">
        <w:rPr>
          <w:rFonts w:ascii="Arial" w:hAnsi="Arial" w:cs="Arial"/>
          <w:sz w:val="16"/>
          <w:szCs w:val="16"/>
        </w:rPr>
        <w:t>the Software</w:t>
      </w:r>
      <w:proofErr w:type="gramEnd"/>
      <w:r w:rsidRPr="002435AE">
        <w:rPr>
          <w:rFonts w:ascii="Arial" w:hAnsi="Arial" w:cs="Arial"/>
          <w:sz w:val="16"/>
          <w:szCs w:val="16"/>
        </w:rPr>
        <w:t>, Redistributable Components, or Documentation in violation of applicable laws;</w:t>
      </w:r>
    </w:p>
    <w:p w14:paraId="7231DCCA" w14:textId="77777777" w:rsidR="00A045C6" w:rsidRPr="002435AE" w:rsidRDefault="00FD5D0E" w:rsidP="00A665DE">
      <w:pPr>
        <w:spacing w:after="120"/>
        <w:ind w:left="1440"/>
        <w:jc w:val="both"/>
        <w:rPr>
          <w:rFonts w:ascii="Arial" w:hAnsi="Arial" w:cs="Arial"/>
          <w:sz w:val="16"/>
          <w:szCs w:val="16"/>
        </w:rPr>
      </w:pPr>
      <w:r w:rsidRPr="002435AE">
        <w:rPr>
          <w:rFonts w:ascii="Arial" w:hAnsi="Arial" w:cs="Arial"/>
          <w:sz w:val="16"/>
          <w:szCs w:val="16"/>
        </w:rPr>
        <w:t>(e) alter or remove any proprietary rights notices or legends appearing on or in the Software, Redistributable Components, or Documentation; or</w:t>
      </w:r>
    </w:p>
    <w:p w14:paraId="7DF02FC9" w14:textId="037A5EE9" w:rsidR="00A045C6" w:rsidRDefault="00FD5D0E" w:rsidP="00A665DE">
      <w:pPr>
        <w:spacing w:after="120"/>
        <w:ind w:left="1440"/>
        <w:jc w:val="both"/>
        <w:rPr>
          <w:rFonts w:ascii="Arial" w:hAnsi="Arial" w:cs="Arial"/>
          <w:sz w:val="16"/>
          <w:szCs w:val="16"/>
        </w:rPr>
      </w:pPr>
      <w:r w:rsidRPr="002435AE">
        <w:rPr>
          <w:rFonts w:ascii="Arial" w:hAnsi="Arial" w:cs="Arial"/>
          <w:sz w:val="16"/>
          <w:szCs w:val="16"/>
        </w:rPr>
        <w:lastRenderedPageBreak/>
        <w:t xml:space="preserve">(f) use the Software, Redistributable Components, or Documentation in any manner inconsistent with this MSA, including </w:t>
      </w:r>
      <w:proofErr w:type="spellStart"/>
      <w:r w:rsidRPr="002435AE">
        <w:rPr>
          <w:rFonts w:ascii="Arial" w:hAnsi="Arial" w:cs="Arial"/>
          <w:sz w:val="16"/>
          <w:szCs w:val="16"/>
        </w:rPr>
        <w:t>Digital.ai’s</w:t>
      </w:r>
      <w:proofErr w:type="spellEnd"/>
      <w:r w:rsidRPr="002435AE">
        <w:rPr>
          <w:rFonts w:ascii="Arial" w:hAnsi="Arial" w:cs="Arial"/>
          <w:sz w:val="16"/>
          <w:szCs w:val="16"/>
        </w:rPr>
        <w:t xml:space="preserve"> Acceptable Use Policy available via </w:t>
      </w:r>
      <w:hyperlink r:id="rId10" w:history="1">
        <w:r w:rsidR="004B6B50" w:rsidRPr="00974ACB">
          <w:rPr>
            <w:rStyle w:val="Hyperlink"/>
            <w:rFonts w:ascii="Arial" w:hAnsi="Arial" w:cs="Arial"/>
            <w:sz w:val="16"/>
            <w:szCs w:val="16"/>
          </w:rPr>
          <w:t>https://digital.ai/acceptable-use-policy/</w:t>
        </w:r>
      </w:hyperlink>
      <w:r w:rsidR="004B6B50">
        <w:rPr>
          <w:rFonts w:ascii="Arial" w:hAnsi="Arial" w:cs="Arial"/>
          <w:sz w:val="16"/>
          <w:szCs w:val="16"/>
        </w:rPr>
        <w:t>,</w:t>
      </w:r>
      <w:r w:rsidRPr="002435AE">
        <w:rPr>
          <w:rFonts w:ascii="Arial" w:hAnsi="Arial" w:cs="Arial"/>
          <w:sz w:val="16"/>
          <w:szCs w:val="16"/>
        </w:rPr>
        <w:t xml:space="preserve"> which is incorporated hereunder.</w:t>
      </w:r>
    </w:p>
    <w:p w14:paraId="3989D847" w14:textId="77777777" w:rsidR="000C122D" w:rsidRPr="002435AE" w:rsidRDefault="000C122D" w:rsidP="00A665DE">
      <w:pPr>
        <w:spacing w:after="120"/>
        <w:ind w:left="1440"/>
        <w:jc w:val="both"/>
        <w:rPr>
          <w:rFonts w:ascii="Arial" w:hAnsi="Arial" w:cs="Arial"/>
          <w:sz w:val="16"/>
          <w:szCs w:val="16"/>
        </w:rPr>
      </w:pPr>
    </w:p>
    <w:p w14:paraId="02661C59" w14:textId="53085577" w:rsidR="00A045C6" w:rsidRPr="004B6B50" w:rsidRDefault="00FD5D0E" w:rsidP="18354CF1">
      <w:pPr>
        <w:spacing w:after="120"/>
        <w:jc w:val="both"/>
        <w:rPr>
          <w:rFonts w:ascii="Arial" w:hAnsi="Arial" w:cs="Arial"/>
          <w:sz w:val="16"/>
          <w:szCs w:val="16"/>
        </w:rPr>
      </w:pPr>
      <w:r w:rsidRPr="004B6B50">
        <w:rPr>
          <w:rFonts w:ascii="Arial" w:hAnsi="Arial" w:cs="Arial"/>
          <w:sz w:val="16"/>
          <w:szCs w:val="16"/>
        </w:rPr>
        <w:t>2.</w:t>
      </w:r>
      <w:r w:rsidR="52A55991" w:rsidRPr="004B6B50">
        <w:rPr>
          <w:rFonts w:ascii="Arial" w:hAnsi="Arial" w:cs="Arial"/>
          <w:sz w:val="16"/>
          <w:szCs w:val="16"/>
        </w:rPr>
        <w:t>6</w:t>
      </w:r>
      <w:r w:rsidRPr="004B6B50">
        <w:rPr>
          <w:rFonts w:ascii="Arial" w:hAnsi="Arial" w:cs="Arial"/>
          <w:sz w:val="16"/>
          <w:szCs w:val="16"/>
        </w:rPr>
        <w:t xml:space="preserve"> </w:t>
      </w:r>
      <w:r w:rsidRPr="00801CEA">
        <w:rPr>
          <w:rFonts w:ascii="Arial" w:hAnsi="Arial" w:cs="Arial"/>
          <w:i/>
          <w:iCs/>
          <w:sz w:val="16"/>
          <w:szCs w:val="16"/>
        </w:rPr>
        <w:t>Customer Data</w:t>
      </w:r>
    </w:p>
    <w:p w14:paraId="225A2C38" w14:textId="77777777" w:rsidR="00A045C6" w:rsidRPr="004B6B50" w:rsidRDefault="00FD5D0E" w:rsidP="18354CF1">
      <w:pPr>
        <w:spacing w:after="120"/>
        <w:jc w:val="both"/>
        <w:rPr>
          <w:rFonts w:ascii="Arial" w:hAnsi="Arial" w:cs="Arial"/>
          <w:sz w:val="16"/>
          <w:szCs w:val="16"/>
        </w:rPr>
      </w:pPr>
      <w:r w:rsidRPr="004B6B50">
        <w:rPr>
          <w:rFonts w:ascii="Arial" w:hAnsi="Arial" w:cs="Arial"/>
          <w:sz w:val="16"/>
          <w:szCs w:val="16"/>
        </w:rPr>
        <w:t>(</w:t>
      </w:r>
      <w:proofErr w:type="spellStart"/>
      <w:r w:rsidRPr="004B6B50">
        <w:rPr>
          <w:rFonts w:ascii="Arial" w:hAnsi="Arial" w:cs="Arial"/>
          <w:sz w:val="16"/>
          <w:szCs w:val="16"/>
        </w:rPr>
        <w:t>i</w:t>
      </w:r>
      <w:proofErr w:type="spellEnd"/>
      <w:r w:rsidRPr="004B6B50">
        <w:rPr>
          <w:rFonts w:ascii="Arial" w:hAnsi="Arial" w:cs="Arial"/>
          <w:sz w:val="16"/>
          <w:szCs w:val="16"/>
        </w:rPr>
        <w:t xml:space="preserve">) Customer owns all rights, title and interest in and to all Customer Data. Customer will secure and maintain all rights in Customer Data necessary for Digital.ai to provide the Subscription to Customer without violating the rights of any third party. </w:t>
      </w:r>
      <w:proofErr w:type="gramStart"/>
      <w:r w:rsidRPr="004B6B50">
        <w:rPr>
          <w:rFonts w:ascii="Arial" w:hAnsi="Arial" w:cs="Arial"/>
          <w:sz w:val="16"/>
          <w:szCs w:val="16"/>
        </w:rPr>
        <w:t>Customer agrees</w:t>
      </w:r>
      <w:proofErr w:type="gramEnd"/>
      <w:r w:rsidRPr="004B6B50">
        <w:rPr>
          <w:rFonts w:ascii="Arial" w:hAnsi="Arial" w:cs="Arial"/>
          <w:sz w:val="16"/>
          <w:szCs w:val="16"/>
        </w:rPr>
        <w:t xml:space="preserve"> not to provide any health, payment card or similarly sensitive personal information that imposes specific data security obligations for the processing of such data unless it is a supported feature in the Documentation of the applicable Software. Digital.ai does not and will not assume any obligations with respect to Customer Data other than as expressly set forth in this MSA or as required by applicable law. </w:t>
      </w:r>
      <w:proofErr w:type="gramStart"/>
      <w:r w:rsidRPr="004B6B50">
        <w:rPr>
          <w:rFonts w:ascii="Arial" w:hAnsi="Arial" w:cs="Arial"/>
          <w:sz w:val="16"/>
          <w:szCs w:val="16"/>
        </w:rPr>
        <w:t>Customer</w:t>
      </w:r>
      <w:proofErr w:type="gramEnd"/>
      <w:r w:rsidRPr="004B6B50">
        <w:rPr>
          <w:rFonts w:ascii="Arial" w:hAnsi="Arial" w:cs="Arial"/>
          <w:sz w:val="16"/>
          <w:szCs w:val="16"/>
        </w:rPr>
        <w:t xml:space="preserve"> will have sole responsibility for the accuracy and quality of Customer Data, </w:t>
      </w:r>
      <w:proofErr w:type="gramStart"/>
      <w:r w:rsidRPr="004B6B50">
        <w:rPr>
          <w:rFonts w:ascii="Arial" w:hAnsi="Arial" w:cs="Arial"/>
          <w:sz w:val="16"/>
          <w:szCs w:val="16"/>
        </w:rPr>
        <w:t>the means by which</w:t>
      </w:r>
      <w:proofErr w:type="gramEnd"/>
      <w:r w:rsidRPr="004B6B50">
        <w:rPr>
          <w:rFonts w:ascii="Arial" w:hAnsi="Arial" w:cs="Arial"/>
          <w:sz w:val="16"/>
          <w:szCs w:val="16"/>
        </w:rPr>
        <w:t xml:space="preserve"> Customer acquired Customer Data and Customer’s use of Customer Data with the Subscription. If Users or any End User(s) are located in the European Economic Area and/or their member states, Switzerland and the United Kingdom, Customer represents and warrants that it shall obtain all appropriate consents, make all necessary disclosures, and otherwise conform to all applicable laws of the EEA, Switzerland and/or the United Kingdom related to any personal data included in Customer Data provided in the course of using a Subscription or collected or otherwise processed by the Software and/or Customer Application(s).</w:t>
      </w:r>
    </w:p>
    <w:p w14:paraId="785F286D" w14:textId="564F89C2" w:rsidR="00A045C6" w:rsidRPr="004B6B50" w:rsidRDefault="00FD5D0E" w:rsidP="18354CF1">
      <w:pPr>
        <w:spacing w:after="120"/>
        <w:jc w:val="both"/>
        <w:rPr>
          <w:rFonts w:ascii="Arial" w:hAnsi="Arial" w:cs="Arial"/>
          <w:sz w:val="16"/>
          <w:szCs w:val="16"/>
        </w:rPr>
      </w:pPr>
      <w:r w:rsidRPr="004B6B50">
        <w:rPr>
          <w:rFonts w:ascii="Arial" w:hAnsi="Arial" w:cs="Arial"/>
          <w:sz w:val="16"/>
          <w:szCs w:val="16"/>
        </w:rPr>
        <w:t>(ii) Digital.ai may use Customer Data for purposes of providing the Subscription in accordance with the terms of this MSA. Digital.ai may</w:t>
      </w:r>
      <w:r w:rsidR="6C572F14" w:rsidRPr="004B6B50">
        <w:rPr>
          <w:rFonts w:ascii="Arial" w:hAnsi="Arial" w:cs="Arial"/>
          <w:sz w:val="16"/>
          <w:szCs w:val="16"/>
        </w:rPr>
        <w:t xml:space="preserve"> Usage Data</w:t>
      </w:r>
      <w:r w:rsidRPr="004B6B50">
        <w:rPr>
          <w:rFonts w:ascii="Arial" w:hAnsi="Arial" w:cs="Arial"/>
          <w:sz w:val="16"/>
          <w:szCs w:val="16"/>
        </w:rPr>
        <w:t xml:space="preserve"> for internal use to develop, improve, operate and support its products and services.</w:t>
      </w:r>
    </w:p>
    <w:p w14:paraId="759EC465" w14:textId="3415771D" w:rsidR="00A045C6" w:rsidRPr="000466F1" w:rsidRDefault="00FD5D0E" w:rsidP="18354CF1">
      <w:pPr>
        <w:spacing w:after="120"/>
        <w:jc w:val="both"/>
        <w:rPr>
          <w:rFonts w:ascii="Arial" w:hAnsi="Arial" w:cs="Arial"/>
          <w:sz w:val="16"/>
          <w:szCs w:val="16"/>
        </w:rPr>
      </w:pPr>
      <w:r w:rsidRPr="000466F1">
        <w:rPr>
          <w:rFonts w:ascii="Arial" w:hAnsi="Arial" w:cs="Arial"/>
          <w:sz w:val="16"/>
          <w:szCs w:val="16"/>
        </w:rPr>
        <w:t>2.</w:t>
      </w:r>
      <w:r w:rsidR="3E64745B" w:rsidRPr="000466F1">
        <w:rPr>
          <w:rFonts w:ascii="Arial" w:hAnsi="Arial" w:cs="Arial"/>
          <w:sz w:val="16"/>
          <w:szCs w:val="16"/>
        </w:rPr>
        <w:t>7</w:t>
      </w:r>
      <w:r w:rsidRPr="000466F1">
        <w:rPr>
          <w:rFonts w:ascii="Arial" w:hAnsi="Arial" w:cs="Arial"/>
          <w:sz w:val="16"/>
          <w:szCs w:val="16"/>
        </w:rPr>
        <w:t xml:space="preserve"> </w:t>
      </w:r>
      <w:r w:rsidRPr="00801CEA">
        <w:rPr>
          <w:rFonts w:ascii="Arial" w:hAnsi="Arial" w:cs="Arial"/>
          <w:b/>
          <w:bCs/>
          <w:sz w:val="18"/>
          <w:szCs w:val="18"/>
        </w:rPr>
        <w:t>Trial Use</w:t>
      </w:r>
    </w:p>
    <w:p w14:paraId="66E15EFC" w14:textId="77777777" w:rsidR="00A045C6" w:rsidRPr="000466F1" w:rsidRDefault="00FD5D0E" w:rsidP="18354CF1">
      <w:pPr>
        <w:spacing w:after="120"/>
        <w:jc w:val="both"/>
        <w:rPr>
          <w:rFonts w:ascii="Arial" w:hAnsi="Arial" w:cs="Arial"/>
          <w:sz w:val="16"/>
          <w:szCs w:val="16"/>
        </w:rPr>
      </w:pPr>
      <w:r w:rsidRPr="000466F1">
        <w:rPr>
          <w:rFonts w:ascii="Arial" w:hAnsi="Arial" w:cs="Arial"/>
          <w:sz w:val="16"/>
          <w:szCs w:val="16"/>
        </w:rPr>
        <w:t>(</w:t>
      </w:r>
      <w:proofErr w:type="spellStart"/>
      <w:r w:rsidRPr="000466F1">
        <w:rPr>
          <w:rFonts w:ascii="Arial" w:hAnsi="Arial" w:cs="Arial"/>
          <w:sz w:val="16"/>
          <w:szCs w:val="16"/>
        </w:rPr>
        <w:t>i</w:t>
      </w:r>
      <w:proofErr w:type="spellEnd"/>
      <w:r w:rsidRPr="000466F1">
        <w:rPr>
          <w:rFonts w:ascii="Arial" w:hAnsi="Arial" w:cs="Arial"/>
          <w:sz w:val="16"/>
          <w:szCs w:val="16"/>
        </w:rPr>
        <w:t>) Subject to the terms and conditions offered to Customer for trial use and the terms of this MSA, Customer may access and use the applicable Software, Redistributable Components, and/or Documentation on a trial basis, for the period stated in the applicable Order, or Digital.ai internet portal (“</w:t>
      </w:r>
      <w:r w:rsidRPr="00E063BF">
        <w:rPr>
          <w:rFonts w:ascii="Arial" w:hAnsi="Arial" w:cs="Arial"/>
          <w:b/>
          <w:bCs/>
          <w:sz w:val="16"/>
          <w:szCs w:val="16"/>
        </w:rPr>
        <w:t>Trial Period</w:t>
      </w:r>
      <w:r w:rsidRPr="000466F1">
        <w:rPr>
          <w:rFonts w:ascii="Arial" w:hAnsi="Arial" w:cs="Arial"/>
          <w:sz w:val="16"/>
          <w:szCs w:val="16"/>
        </w:rPr>
        <w:t>”). At the end of the Trial Period, Customer’s right to access and use the Software, Redistributable Components, and/or Documentation, as provided herein, automatically expires and Customer agrees to cease accessing and using such Software, Redistributable Components, and/or Documentation. For purposes, of a trial, Digital.ai represents and warrants that it has the right, title and interest to provide the Software, Redistributable Components, and/or Documentation and perform its obligations in accordance with the terms hereof. EXCEPT FOR THE FOREGOING, CUSTOMER AGREES THAT THE SOFTWARE, REDISTRIBUTABLE COMPONENTS, AND/OR DOCUMENTATION ARE PROVIDED “AS IS” AND DIGITAL.AI DISCLAIMS ALL OTHER WARRANTIES, EXPRESS OR IMPLIED, HEREUNDER INCLUDING THE IMPLIED WARRANTIES OF MERCHANTABILITY, FITNESS FOR A PARTICULAR PURPOSE AND NON-INFRINGEMENT.</w:t>
      </w:r>
    </w:p>
    <w:p w14:paraId="6F05D2F8" w14:textId="77777777" w:rsidR="00A045C6" w:rsidRPr="000466F1" w:rsidRDefault="00FD5D0E" w:rsidP="18354CF1">
      <w:pPr>
        <w:spacing w:before="200" w:after="80"/>
        <w:jc w:val="both"/>
        <w:rPr>
          <w:rFonts w:ascii="Arial" w:hAnsi="Arial" w:cs="Arial"/>
          <w:sz w:val="16"/>
          <w:szCs w:val="16"/>
        </w:rPr>
      </w:pPr>
      <w:r w:rsidRPr="000466F1">
        <w:rPr>
          <w:rFonts w:ascii="Arial" w:hAnsi="Arial" w:cs="Arial"/>
          <w:b/>
          <w:sz w:val="16"/>
          <w:szCs w:val="16"/>
        </w:rPr>
        <w:t xml:space="preserve">3. </w:t>
      </w:r>
      <w:r w:rsidRPr="00801CEA">
        <w:rPr>
          <w:rFonts w:ascii="Arial" w:hAnsi="Arial" w:cs="Arial"/>
          <w:b/>
          <w:sz w:val="18"/>
          <w:szCs w:val="18"/>
        </w:rPr>
        <w:t>Warranty</w:t>
      </w:r>
    </w:p>
    <w:p w14:paraId="4D7B63BD" w14:textId="77777777" w:rsidR="00A045C6" w:rsidRPr="000466F1" w:rsidRDefault="00FD5D0E" w:rsidP="18354CF1">
      <w:pPr>
        <w:spacing w:after="120"/>
        <w:jc w:val="both"/>
        <w:rPr>
          <w:rFonts w:ascii="Arial" w:hAnsi="Arial" w:cs="Arial"/>
          <w:sz w:val="16"/>
          <w:szCs w:val="16"/>
        </w:rPr>
      </w:pPr>
      <w:r w:rsidRPr="000466F1">
        <w:rPr>
          <w:rFonts w:ascii="Arial" w:hAnsi="Arial" w:cs="Arial"/>
          <w:sz w:val="16"/>
          <w:szCs w:val="16"/>
        </w:rPr>
        <w:t>3.1 Digital.ai warrants that (</w:t>
      </w:r>
      <w:proofErr w:type="spellStart"/>
      <w:r w:rsidRPr="000466F1">
        <w:rPr>
          <w:rFonts w:ascii="Arial" w:hAnsi="Arial" w:cs="Arial"/>
          <w:sz w:val="16"/>
          <w:szCs w:val="16"/>
        </w:rPr>
        <w:t>i</w:t>
      </w:r>
      <w:proofErr w:type="spellEnd"/>
      <w:r w:rsidRPr="000466F1">
        <w:rPr>
          <w:rFonts w:ascii="Arial" w:hAnsi="Arial" w:cs="Arial"/>
          <w:sz w:val="16"/>
          <w:szCs w:val="16"/>
        </w:rPr>
        <w:t>) it is entitled to license the Software to Customer, (ii) the Software shall conform in all material respects to the Documentation and (iii) the Software does not contain a computer virus, malware, ransomware, or other malicious code at the time of delivery of the Software to the Customer. Digital.ai does not warrant that operation of the Software will be uninterrupted or “bug” or error free. The parties acknowledge and understand that the Software is permitted to contain customary license keys, such as keys limiting the number of Users in accordance with the applicable Order(s) and restricting access after termination or expiration of a then-current license term.</w:t>
      </w:r>
    </w:p>
    <w:p w14:paraId="11AE15DE" w14:textId="77777777" w:rsidR="00A045C6" w:rsidRPr="000466F1" w:rsidRDefault="00FD5D0E" w:rsidP="18354CF1">
      <w:pPr>
        <w:spacing w:after="120"/>
        <w:jc w:val="both"/>
        <w:rPr>
          <w:rFonts w:ascii="Arial" w:hAnsi="Arial" w:cs="Arial"/>
          <w:sz w:val="16"/>
          <w:szCs w:val="16"/>
        </w:rPr>
      </w:pPr>
      <w:r w:rsidRPr="000466F1">
        <w:rPr>
          <w:rFonts w:ascii="Arial" w:hAnsi="Arial" w:cs="Arial"/>
          <w:sz w:val="16"/>
          <w:szCs w:val="16"/>
        </w:rPr>
        <w:t>3.2 THE FOREGOING WARRANTIES ARE EXCLUSIVE. DIGITAL.AI EXPRESSLY DISCLAIMS ALL OTHER WARRANTIES REGARDING THE SOFTWARE, REDISTRIBUTABLE COMPONENTS OR THE DOCUMENTATION, EXPRESS OR IMPLIED, INCLUDING WARRANTIES OF FITNESS FOR A PARTICULAR PURPOSE AND MERCHANTABILITY. NOTWITHSTANDING ANYTHING TO THE CONTRARY, IF DIGITAL.AI BREACHES THE APPLICABLE FOREGOING WARRANTY AND CUSTOMER PROMPTLY NOTIFIES DIGITAL.AI IN WRITING OF THE NATURE OF THE BREACH, DIGITAL.AI SHALL USE COMMERCIALLY REASONABLE EFFORTS TO PROMPTLY REPAIR OR REPLACE THE NON-CONFORMING SOFTWARE WITHOUT CHARGE.</w:t>
      </w:r>
    </w:p>
    <w:p w14:paraId="5E898EB5" w14:textId="77777777" w:rsidR="00A045C6" w:rsidRPr="000466F1" w:rsidRDefault="00FD5D0E" w:rsidP="18354CF1">
      <w:pPr>
        <w:spacing w:before="200" w:after="80"/>
        <w:jc w:val="both"/>
        <w:rPr>
          <w:rFonts w:ascii="Arial" w:hAnsi="Arial" w:cs="Arial"/>
          <w:sz w:val="16"/>
          <w:szCs w:val="16"/>
        </w:rPr>
      </w:pPr>
      <w:r w:rsidRPr="000466F1">
        <w:rPr>
          <w:rFonts w:ascii="Arial" w:hAnsi="Arial" w:cs="Arial"/>
          <w:b/>
          <w:sz w:val="16"/>
          <w:szCs w:val="16"/>
        </w:rPr>
        <w:t xml:space="preserve">4. </w:t>
      </w:r>
      <w:r w:rsidRPr="00801CEA">
        <w:rPr>
          <w:rFonts w:ascii="Arial" w:hAnsi="Arial" w:cs="Arial"/>
          <w:b/>
          <w:sz w:val="18"/>
          <w:szCs w:val="18"/>
        </w:rPr>
        <w:t>Fees and Audit</w:t>
      </w:r>
    </w:p>
    <w:p w14:paraId="5E34A446" w14:textId="77777777" w:rsidR="00A045C6" w:rsidRPr="000466F1" w:rsidRDefault="00FD5D0E" w:rsidP="18354CF1">
      <w:pPr>
        <w:spacing w:after="120"/>
        <w:jc w:val="both"/>
        <w:rPr>
          <w:rFonts w:ascii="Arial" w:hAnsi="Arial" w:cs="Arial"/>
          <w:sz w:val="16"/>
          <w:szCs w:val="16"/>
        </w:rPr>
      </w:pPr>
      <w:r w:rsidRPr="000466F1">
        <w:rPr>
          <w:rFonts w:ascii="Arial" w:hAnsi="Arial" w:cs="Arial"/>
          <w:sz w:val="16"/>
          <w:szCs w:val="16"/>
        </w:rPr>
        <w:t>4.1 Each Order will be due and payable annually in advance, on the due date(s) stated within the applicable Order. Digital.ai may distribute temporary license keys to Customer until such time an applicable invoice is paid in full. Digital.ai may assess finance fees of 1.5% per month for any late payments. Additionally, Digital.ai reserves the right to suspend or terminate Customer’s access to the Software without liability to Customer if Customer fails to cure any instance of non-payment within 15 days of receipt of notice from Digital.ai.</w:t>
      </w:r>
    </w:p>
    <w:p w14:paraId="248EE833" w14:textId="77777777" w:rsidR="00A045C6" w:rsidRPr="000466F1" w:rsidRDefault="00FD5D0E" w:rsidP="18354CF1">
      <w:pPr>
        <w:spacing w:after="120"/>
        <w:jc w:val="both"/>
        <w:rPr>
          <w:rFonts w:ascii="Arial" w:hAnsi="Arial" w:cs="Arial"/>
          <w:sz w:val="16"/>
          <w:szCs w:val="16"/>
        </w:rPr>
      </w:pPr>
      <w:r w:rsidRPr="000466F1">
        <w:rPr>
          <w:rFonts w:ascii="Arial" w:hAnsi="Arial" w:cs="Arial"/>
          <w:sz w:val="16"/>
          <w:szCs w:val="16"/>
        </w:rPr>
        <w:lastRenderedPageBreak/>
        <w:t xml:space="preserve">4.2 Amounts specified in an Order are exclusive of applicable sales, use, VAT, consumption, and any other taxes. Customer </w:t>
      </w:r>
      <w:proofErr w:type="gramStart"/>
      <w:r w:rsidRPr="000466F1">
        <w:rPr>
          <w:rFonts w:ascii="Arial" w:hAnsi="Arial" w:cs="Arial"/>
          <w:sz w:val="16"/>
          <w:szCs w:val="16"/>
        </w:rPr>
        <w:t>shall timely</w:t>
      </w:r>
      <w:proofErr w:type="gramEnd"/>
      <w:r w:rsidRPr="000466F1">
        <w:rPr>
          <w:rFonts w:ascii="Arial" w:hAnsi="Arial" w:cs="Arial"/>
          <w:sz w:val="16"/>
          <w:szCs w:val="16"/>
        </w:rPr>
        <w:t xml:space="preserve"> pay all such taxes. </w:t>
      </w:r>
      <w:proofErr w:type="gramStart"/>
      <w:r w:rsidRPr="000466F1">
        <w:rPr>
          <w:rFonts w:ascii="Arial" w:hAnsi="Arial" w:cs="Arial"/>
          <w:sz w:val="16"/>
          <w:szCs w:val="16"/>
        </w:rPr>
        <w:t>Customer</w:t>
      </w:r>
      <w:proofErr w:type="gramEnd"/>
      <w:r w:rsidRPr="000466F1">
        <w:rPr>
          <w:rFonts w:ascii="Arial" w:hAnsi="Arial" w:cs="Arial"/>
          <w:sz w:val="16"/>
          <w:szCs w:val="16"/>
        </w:rPr>
        <w:t xml:space="preserve"> will indemnify Digital.ai and hold Digital.ai harmless from and against any such taxes and will promptly reimburse Digital.ai </w:t>
      </w:r>
      <w:proofErr w:type="gramStart"/>
      <w:r w:rsidRPr="000466F1">
        <w:rPr>
          <w:rFonts w:ascii="Arial" w:hAnsi="Arial" w:cs="Arial"/>
          <w:sz w:val="16"/>
          <w:szCs w:val="16"/>
        </w:rPr>
        <w:t>for the amount of</w:t>
      </w:r>
      <w:proofErr w:type="gramEnd"/>
      <w:r w:rsidRPr="000466F1">
        <w:rPr>
          <w:rFonts w:ascii="Arial" w:hAnsi="Arial" w:cs="Arial"/>
          <w:sz w:val="16"/>
          <w:szCs w:val="16"/>
        </w:rPr>
        <w:t xml:space="preserve"> any taxes that Digital.ai is required to or otherwise </w:t>
      </w:r>
      <w:proofErr w:type="gramStart"/>
      <w:r w:rsidRPr="000466F1">
        <w:rPr>
          <w:rFonts w:ascii="Arial" w:hAnsi="Arial" w:cs="Arial"/>
          <w:sz w:val="16"/>
          <w:szCs w:val="16"/>
        </w:rPr>
        <w:t>pays</w:t>
      </w:r>
      <w:proofErr w:type="gramEnd"/>
      <w:r w:rsidRPr="000466F1">
        <w:rPr>
          <w:rFonts w:ascii="Arial" w:hAnsi="Arial" w:cs="Arial"/>
          <w:sz w:val="16"/>
          <w:szCs w:val="16"/>
        </w:rPr>
        <w:t xml:space="preserve"> </w:t>
      </w:r>
      <w:proofErr w:type="gramStart"/>
      <w:r w:rsidRPr="000466F1">
        <w:rPr>
          <w:rFonts w:ascii="Arial" w:hAnsi="Arial" w:cs="Arial"/>
          <w:sz w:val="16"/>
          <w:szCs w:val="16"/>
        </w:rPr>
        <w:t>as a result of</w:t>
      </w:r>
      <w:proofErr w:type="gramEnd"/>
      <w:r w:rsidRPr="000466F1">
        <w:rPr>
          <w:rFonts w:ascii="Arial" w:hAnsi="Arial" w:cs="Arial"/>
          <w:sz w:val="16"/>
          <w:szCs w:val="16"/>
        </w:rPr>
        <w:t xml:space="preserve"> Customer’s failure to pay such amount.</w:t>
      </w:r>
    </w:p>
    <w:p w14:paraId="196EAD0B"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4.3 Customer shall immediately owe and pay fees associated with usage </w:t>
      </w:r>
      <w:proofErr w:type="gramStart"/>
      <w:r w:rsidRPr="00D82F3A">
        <w:rPr>
          <w:rFonts w:ascii="Arial" w:hAnsi="Arial" w:cs="Arial"/>
          <w:sz w:val="16"/>
          <w:szCs w:val="16"/>
        </w:rPr>
        <w:t>in excess of</w:t>
      </w:r>
      <w:proofErr w:type="gramEnd"/>
      <w:r w:rsidRPr="00D82F3A">
        <w:rPr>
          <w:rFonts w:ascii="Arial" w:hAnsi="Arial" w:cs="Arial"/>
          <w:sz w:val="16"/>
          <w:szCs w:val="16"/>
        </w:rPr>
        <w:t xml:space="preserve"> the Software amounts licensed and promptly (and in no event more than 15 days after becoming aware thereof) remedy any underpayments both retroactively as well as prospectively for the remainder of the Subscription term.</w:t>
      </w:r>
    </w:p>
    <w:p w14:paraId="45F14188"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4.4 Customer agrees that, upon </w:t>
      </w:r>
      <w:proofErr w:type="spellStart"/>
      <w:r w:rsidRPr="00D82F3A">
        <w:rPr>
          <w:rFonts w:ascii="Arial" w:hAnsi="Arial" w:cs="Arial"/>
          <w:sz w:val="16"/>
          <w:szCs w:val="16"/>
        </w:rPr>
        <w:t>Digital.ai’s</w:t>
      </w:r>
      <w:proofErr w:type="spellEnd"/>
      <w:r w:rsidRPr="00D82F3A">
        <w:rPr>
          <w:rFonts w:ascii="Arial" w:hAnsi="Arial" w:cs="Arial"/>
          <w:sz w:val="16"/>
          <w:szCs w:val="16"/>
        </w:rPr>
        <w:t xml:space="preserve"> request during or after any Subscription term, Customer shall provide Digital.ai a written summary of its usage of the Software. Customer shall maintain complete, current and accurate records of the location of each copy of the Software in Customer’s possession for at least five (5) years. Furthermore, Customer shall maintain the location of all Users thereof, and the number of all Users under the MSA.</w:t>
      </w:r>
    </w:p>
    <w:p w14:paraId="536BE3A2" w14:textId="77777777" w:rsidR="00A045C6" w:rsidRPr="00D82F3A" w:rsidRDefault="00FD5D0E" w:rsidP="18354CF1">
      <w:pPr>
        <w:spacing w:before="200" w:after="80"/>
        <w:jc w:val="both"/>
        <w:rPr>
          <w:rFonts w:ascii="Arial" w:hAnsi="Arial" w:cs="Arial"/>
          <w:sz w:val="16"/>
          <w:szCs w:val="16"/>
        </w:rPr>
      </w:pPr>
      <w:r w:rsidRPr="00D82F3A">
        <w:rPr>
          <w:rFonts w:ascii="Arial" w:hAnsi="Arial" w:cs="Arial"/>
          <w:b/>
          <w:sz w:val="16"/>
          <w:szCs w:val="16"/>
        </w:rPr>
        <w:t xml:space="preserve">5. </w:t>
      </w:r>
      <w:r w:rsidRPr="00801CEA">
        <w:rPr>
          <w:rFonts w:ascii="Arial" w:hAnsi="Arial" w:cs="Arial"/>
          <w:b/>
          <w:sz w:val="18"/>
          <w:szCs w:val="18"/>
        </w:rPr>
        <w:t>Support Services</w:t>
      </w:r>
    </w:p>
    <w:p w14:paraId="6D08A6E6" w14:textId="194DEDE8"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5.1 Support is provided during the term of the applicable Order, pursuant to the Support terms located at: </w:t>
      </w:r>
      <w:hyperlink r:id="rId11" w:history="1">
        <w:r w:rsidR="00D82F3A" w:rsidRPr="00974ACB">
          <w:rPr>
            <w:rStyle w:val="Hyperlink"/>
            <w:rFonts w:ascii="Arial" w:hAnsi="Arial" w:cs="Arial"/>
            <w:sz w:val="16"/>
            <w:szCs w:val="16"/>
          </w:rPr>
          <w:t>https://digital.ai/support/support-and-maintenance/</w:t>
        </w:r>
      </w:hyperlink>
      <w:r w:rsidR="00D82F3A">
        <w:rPr>
          <w:rFonts w:ascii="Arial" w:hAnsi="Arial" w:cs="Arial"/>
          <w:sz w:val="16"/>
          <w:szCs w:val="16"/>
        </w:rPr>
        <w:t xml:space="preserve">, </w:t>
      </w:r>
      <w:r w:rsidRPr="00D82F3A">
        <w:rPr>
          <w:rFonts w:ascii="Arial" w:hAnsi="Arial" w:cs="Arial"/>
          <w:sz w:val="16"/>
          <w:szCs w:val="16"/>
        </w:rPr>
        <w:t>which is incorporated herein by reference.</w:t>
      </w:r>
    </w:p>
    <w:p w14:paraId="7FF7B8B7" w14:textId="77777777" w:rsidR="00A045C6" w:rsidRPr="00D82F3A" w:rsidRDefault="00FD5D0E" w:rsidP="18354CF1">
      <w:pPr>
        <w:spacing w:before="200" w:after="80"/>
        <w:jc w:val="both"/>
        <w:rPr>
          <w:rFonts w:ascii="Arial" w:hAnsi="Arial" w:cs="Arial"/>
          <w:sz w:val="16"/>
          <w:szCs w:val="16"/>
        </w:rPr>
      </w:pPr>
      <w:r w:rsidRPr="00D82F3A">
        <w:rPr>
          <w:rFonts w:ascii="Arial" w:hAnsi="Arial" w:cs="Arial"/>
          <w:b/>
          <w:sz w:val="16"/>
          <w:szCs w:val="16"/>
        </w:rPr>
        <w:t xml:space="preserve">6. </w:t>
      </w:r>
      <w:r w:rsidRPr="00801CEA">
        <w:rPr>
          <w:rFonts w:ascii="Arial" w:hAnsi="Arial" w:cs="Arial"/>
          <w:b/>
          <w:sz w:val="18"/>
          <w:szCs w:val="18"/>
        </w:rPr>
        <w:t>Professional Services</w:t>
      </w:r>
    </w:p>
    <w:p w14:paraId="5D764BB9"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6.1 Digital.ai shall perform </w:t>
      </w:r>
      <w:proofErr w:type="gramStart"/>
      <w:r w:rsidRPr="00D82F3A">
        <w:rPr>
          <w:rFonts w:ascii="Arial" w:hAnsi="Arial" w:cs="Arial"/>
          <w:sz w:val="16"/>
          <w:szCs w:val="16"/>
        </w:rPr>
        <w:t>the Professional</w:t>
      </w:r>
      <w:proofErr w:type="gramEnd"/>
      <w:r w:rsidRPr="00D82F3A">
        <w:rPr>
          <w:rFonts w:ascii="Arial" w:hAnsi="Arial" w:cs="Arial"/>
          <w:sz w:val="16"/>
          <w:szCs w:val="16"/>
        </w:rPr>
        <w:t xml:space="preserve"> Services with reasonable care and skill pursuant to an applicable Order. Unless otherwise specified in the applicable Order, all Professional Services are performed on a time and materials basis. Nothing in the Order may be construed as an obligation of Digital.ai to deliver a certain result. Unless otherwise specified in the applicable Order, Customer shall reimburse </w:t>
      </w:r>
      <w:proofErr w:type="spellStart"/>
      <w:r w:rsidRPr="00D82F3A">
        <w:rPr>
          <w:rFonts w:ascii="Arial" w:hAnsi="Arial" w:cs="Arial"/>
          <w:sz w:val="16"/>
          <w:szCs w:val="16"/>
        </w:rPr>
        <w:t>Digital.ai’s</w:t>
      </w:r>
      <w:proofErr w:type="spellEnd"/>
      <w:r w:rsidRPr="00D82F3A">
        <w:rPr>
          <w:rFonts w:ascii="Arial" w:hAnsi="Arial" w:cs="Arial"/>
          <w:sz w:val="16"/>
          <w:szCs w:val="16"/>
        </w:rPr>
        <w:t xml:space="preserve"> reasonable cost for travel and expenses incurred in connection with the performance of </w:t>
      </w:r>
      <w:proofErr w:type="gramStart"/>
      <w:r w:rsidRPr="00D82F3A">
        <w:rPr>
          <w:rFonts w:ascii="Arial" w:hAnsi="Arial" w:cs="Arial"/>
          <w:sz w:val="16"/>
          <w:szCs w:val="16"/>
        </w:rPr>
        <w:t>the Professional</w:t>
      </w:r>
      <w:proofErr w:type="gramEnd"/>
      <w:r w:rsidRPr="00D82F3A">
        <w:rPr>
          <w:rFonts w:ascii="Arial" w:hAnsi="Arial" w:cs="Arial"/>
          <w:sz w:val="16"/>
          <w:szCs w:val="16"/>
        </w:rPr>
        <w:t xml:space="preserve"> Services insofar as (</w:t>
      </w:r>
      <w:proofErr w:type="spellStart"/>
      <w:r w:rsidRPr="00D82F3A">
        <w:rPr>
          <w:rFonts w:ascii="Arial" w:hAnsi="Arial" w:cs="Arial"/>
          <w:sz w:val="16"/>
          <w:szCs w:val="16"/>
        </w:rPr>
        <w:t>i</w:t>
      </w:r>
      <w:proofErr w:type="spellEnd"/>
      <w:r w:rsidRPr="00D82F3A">
        <w:rPr>
          <w:rFonts w:ascii="Arial" w:hAnsi="Arial" w:cs="Arial"/>
          <w:sz w:val="16"/>
          <w:szCs w:val="16"/>
        </w:rPr>
        <w:t xml:space="preserve">) such cost </w:t>
      </w:r>
      <w:proofErr w:type="gramStart"/>
      <w:r w:rsidRPr="00D82F3A">
        <w:rPr>
          <w:rFonts w:ascii="Arial" w:hAnsi="Arial" w:cs="Arial"/>
          <w:sz w:val="16"/>
          <w:szCs w:val="16"/>
        </w:rPr>
        <w:t>are in compliance with</w:t>
      </w:r>
      <w:proofErr w:type="gramEnd"/>
      <w:r w:rsidRPr="00D82F3A">
        <w:rPr>
          <w:rFonts w:ascii="Arial" w:hAnsi="Arial" w:cs="Arial"/>
          <w:sz w:val="16"/>
          <w:szCs w:val="16"/>
        </w:rPr>
        <w:t xml:space="preserve"> Customer’s travel policy; and (ii) Digital.ai substantiates such cost with receipts. All costs for expenses in compliance with Customer’s travel policy which have already been incurred by Digital.ai in the performance of </w:t>
      </w:r>
      <w:proofErr w:type="gramStart"/>
      <w:r w:rsidRPr="00D82F3A">
        <w:rPr>
          <w:rFonts w:ascii="Arial" w:hAnsi="Arial" w:cs="Arial"/>
          <w:sz w:val="16"/>
          <w:szCs w:val="16"/>
        </w:rPr>
        <w:t>the Professional</w:t>
      </w:r>
      <w:proofErr w:type="gramEnd"/>
      <w:r w:rsidRPr="00D82F3A">
        <w:rPr>
          <w:rFonts w:ascii="Arial" w:hAnsi="Arial" w:cs="Arial"/>
          <w:sz w:val="16"/>
          <w:szCs w:val="16"/>
        </w:rPr>
        <w:t xml:space="preserve"> Services, prior to an early termination of the Order by Customer, shall be borne by Customer.</w:t>
      </w:r>
    </w:p>
    <w:p w14:paraId="1E43F32B"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6.2 Except for Customer’s pre-existing intellectual property or Customer Data provided by the Customer, all rights, titles and interest, including moral rights in intellectual property to or arising from any Professional Services shall be owned solely by Digital.ai or its licensors. Digital.ai grants to Customer a non-exclusive, non-licensable, non-sublicensable, non-transferable right to use </w:t>
      </w:r>
      <w:proofErr w:type="gramStart"/>
      <w:r w:rsidRPr="00D82F3A">
        <w:rPr>
          <w:rFonts w:ascii="Arial" w:hAnsi="Arial" w:cs="Arial"/>
          <w:sz w:val="16"/>
          <w:szCs w:val="16"/>
        </w:rPr>
        <w:t>the Professional</w:t>
      </w:r>
      <w:proofErr w:type="gramEnd"/>
      <w:r w:rsidRPr="00D82F3A">
        <w:rPr>
          <w:rFonts w:ascii="Arial" w:hAnsi="Arial" w:cs="Arial"/>
          <w:sz w:val="16"/>
          <w:szCs w:val="16"/>
        </w:rPr>
        <w:t xml:space="preserve"> Services and all works derived therefrom during the applicable Subscription term and solely in connection with the Software.</w:t>
      </w:r>
    </w:p>
    <w:p w14:paraId="2FD46EDF" w14:textId="77777777" w:rsidR="00A045C6" w:rsidRPr="00D82F3A" w:rsidRDefault="00FD5D0E" w:rsidP="18354CF1">
      <w:pPr>
        <w:spacing w:before="200" w:after="80"/>
        <w:jc w:val="both"/>
        <w:rPr>
          <w:rFonts w:ascii="Arial" w:hAnsi="Arial" w:cs="Arial"/>
          <w:sz w:val="16"/>
          <w:szCs w:val="16"/>
        </w:rPr>
      </w:pPr>
      <w:r w:rsidRPr="00D82F3A">
        <w:rPr>
          <w:rFonts w:ascii="Arial" w:hAnsi="Arial" w:cs="Arial"/>
          <w:b/>
          <w:sz w:val="16"/>
          <w:szCs w:val="16"/>
        </w:rPr>
        <w:t>7.</w:t>
      </w:r>
      <w:r w:rsidRPr="00801CEA">
        <w:rPr>
          <w:rFonts w:ascii="Arial" w:hAnsi="Arial" w:cs="Arial"/>
          <w:b/>
          <w:sz w:val="18"/>
          <w:szCs w:val="18"/>
        </w:rPr>
        <w:t xml:space="preserve"> Indemnification</w:t>
      </w:r>
    </w:p>
    <w:p w14:paraId="03AE27F9"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7.1 Except for the limited license rights granted pursuant to this MSA, title, ownership rights and all intellectual property rights in and to the Software and Documentation shall remain the sole and exclusive property of Digital.ai and its licensors.</w:t>
      </w:r>
    </w:p>
    <w:p w14:paraId="4B402F75"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7.2 Digital.ai will defend Customer against any third-party claim brought against Customer that Customer’s use of the Software or Redistributable Components in accordance with the terms herein infringes or misappropriates any patent subsisting, copyright, trademark or trade secret, provided however that Customer with regard to any such claims: (</w:t>
      </w:r>
      <w:proofErr w:type="spellStart"/>
      <w:r w:rsidRPr="00D82F3A">
        <w:rPr>
          <w:rFonts w:ascii="Arial" w:hAnsi="Arial" w:cs="Arial"/>
          <w:sz w:val="16"/>
          <w:szCs w:val="16"/>
        </w:rPr>
        <w:t>i</w:t>
      </w:r>
      <w:proofErr w:type="spellEnd"/>
      <w:r w:rsidRPr="00D82F3A">
        <w:rPr>
          <w:rFonts w:ascii="Arial" w:hAnsi="Arial" w:cs="Arial"/>
          <w:sz w:val="16"/>
          <w:szCs w:val="16"/>
        </w:rPr>
        <w:t>) promptly notifies Digital.ai; (ii) reasonably cooperates with Digital.ai; and (iii) allows Digital.ai to control the defense and all related settlement negotiations. Digital.ai will pay such damages or costs as are finally awarded by a court of competent jurisdiction against or agreed to by Digital.ai in settlement for such claim. Customer will have the right to participate with Digital.ai in the defense or appeal of any such claim, at Customer’s own expense (such expense not being indemnified by Digital.ai), but Digital.ai will have sole control and authority with respect to any such defense, compromise, settlement, appeal or similar action, provided that Digital.ai obtains Customer’s prior consent to any settlement that requires Customer to make any admission of fault or pay any amounts in connection with such settlement.</w:t>
      </w:r>
    </w:p>
    <w:p w14:paraId="78697796"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7.3 If an injunction is sought or obtained against Customer’s use of the Software or Redistributable Component(s) as a result of a third party infringement claim, Digital.ai may, at its sole option and expense, (</w:t>
      </w:r>
      <w:proofErr w:type="spellStart"/>
      <w:r w:rsidRPr="00D82F3A">
        <w:rPr>
          <w:rFonts w:ascii="Arial" w:hAnsi="Arial" w:cs="Arial"/>
          <w:sz w:val="16"/>
          <w:szCs w:val="16"/>
        </w:rPr>
        <w:t>i</w:t>
      </w:r>
      <w:proofErr w:type="spellEnd"/>
      <w:r w:rsidRPr="00D82F3A">
        <w:rPr>
          <w:rFonts w:ascii="Arial" w:hAnsi="Arial" w:cs="Arial"/>
          <w:sz w:val="16"/>
          <w:szCs w:val="16"/>
        </w:rPr>
        <w:t>) procure for Customer the right to continue using the affected Software or Redistributable Component(s), (ii) replace or modify the affected Software with functionally equivalent software so that it does not infringe, or, if either (</w:t>
      </w:r>
      <w:proofErr w:type="spellStart"/>
      <w:r w:rsidRPr="00D82F3A">
        <w:rPr>
          <w:rFonts w:ascii="Arial" w:hAnsi="Arial" w:cs="Arial"/>
          <w:sz w:val="16"/>
          <w:szCs w:val="16"/>
        </w:rPr>
        <w:t>i</w:t>
      </w:r>
      <w:proofErr w:type="spellEnd"/>
      <w:r w:rsidRPr="00D82F3A">
        <w:rPr>
          <w:rFonts w:ascii="Arial" w:hAnsi="Arial" w:cs="Arial"/>
          <w:sz w:val="16"/>
          <w:szCs w:val="16"/>
        </w:rPr>
        <w:t>) or (ii) is not commercially feasible, (iii) terminate the Subscription and refund the Subscription fee received from Customer for the affected Software or Redistributable Component(s) less a usage charge based on a 12-month amortization schedule.</w:t>
      </w:r>
    </w:p>
    <w:p w14:paraId="011DBEC4"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7.4 Digital.ai shall have no liability for any third-party claim of infringement based upon: (</w:t>
      </w:r>
      <w:proofErr w:type="spellStart"/>
      <w:r w:rsidRPr="00D82F3A">
        <w:rPr>
          <w:rFonts w:ascii="Arial" w:hAnsi="Arial" w:cs="Arial"/>
          <w:sz w:val="16"/>
          <w:szCs w:val="16"/>
        </w:rPr>
        <w:t>i</w:t>
      </w:r>
      <w:proofErr w:type="spellEnd"/>
      <w:r w:rsidRPr="00D82F3A">
        <w:rPr>
          <w:rFonts w:ascii="Arial" w:hAnsi="Arial" w:cs="Arial"/>
          <w:sz w:val="16"/>
          <w:szCs w:val="16"/>
        </w:rPr>
        <w:t xml:space="preserve">) use of other than the then current, unaltered version of the applicable Software or Redistributable Component(s), unless the infringing portion is in the then current, unaltered release; or (ii) use, operation or combination of the applicable Software or Redistributable Component(s) with non-Digital.ai programs, </w:t>
      </w:r>
      <w:r w:rsidRPr="00D82F3A">
        <w:rPr>
          <w:rFonts w:ascii="Arial" w:hAnsi="Arial" w:cs="Arial"/>
          <w:sz w:val="16"/>
          <w:szCs w:val="16"/>
        </w:rPr>
        <w:lastRenderedPageBreak/>
        <w:t>data, equipment or documentation if such infringement would have been avoided but for such use, operation or combination. THE PARTIES MUTUALLY AGREE THAT THIS SECTION 7 STATES DIGITAL.AI’S ENTIRE LIABILITY AND CUSTOMER’S SOLE AND EXCLUSIVE REMEDY FOR ANY ACTUAL OR ALLEGED INFRINGEMENT CLAIMS RELATED TO OR ARISING FROM THE AGREEMENT, THE SOFTWARE, THE REDISTRIBUTABLE COMPONENTS OR ANY PRODUCTS OR SERVICES PROVIDED BY DIGITAL.AI UNDER ANY ORDER.</w:t>
      </w:r>
    </w:p>
    <w:p w14:paraId="6D2C0FAF"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7.5 Customer agrees to release, indemnify and hold Digital.ai, its Affiliates and licensors, and each of their respective officers, employees, directors, managers, partners, and agents harmless from any and all losses, damages, expenses, including reasonable attorneys’ fees, rights, claims, actions of any kind arising out of or relating to any third party claims arising from or related to (</w:t>
      </w:r>
      <w:proofErr w:type="spellStart"/>
      <w:r w:rsidRPr="00D82F3A">
        <w:rPr>
          <w:rFonts w:ascii="Arial" w:hAnsi="Arial" w:cs="Arial"/>
          <w:sz w:val="16"/>
          <w:szCs w:val="16"/>
        </w:rPr>
        <w:t>i</w:t>
      </w:r>
      <w:proofErr w:type="spellEnd"/>
      <w:r w:rsidRPr="00D82F3A">
        <w:rPr>
          <w:rFonts w:ascii="Arial" w:hAnsi="Arial" w:cs="Arial"/>
          <w:sz w:val="16"/>
          <w:szCs w:val="16"/>
        </w:rPr>
        <w:t>) Customer’s or any User’s breach of Section 2 of this MSA or (ii) any allegation that materials or data (a) maintained on Customer’s or any Users’ behalf, or (b) uploaded to the Software or used in connection with the Software infringe or misappropriate any patent subsisting, copyright, trademark or trade secret.</w:t>
      </w:r>
    </w:p>
    <w:p w14:paraId="4E62AC67"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7.6 If Customer has licensed the Software for a Customer Application, Customer will defend at its expense, indemnify, and hold harmless Digital.ai from and against any losses, costs or damages resulting from or in connection with any claims brought by a third party against Digital.ai resulting from or in connection with the use, manufacture, or distribution of Customer Application by Customer and Customer’s Users or End Users in any country, provided that Digital.ai gives Customer prompt written notice of any such claim, tenders to Customer the defense or settlement of any such claim at Customer’s expense, and cooperates with Customer, at Customer’s expense, in defending or settling such claim. This indemnification obligation shall not apply to infringement actions or claims if such actions or claims are based solely on the use of the Software in the form provided by Digital.ai.</w:t>
      </w:r>
    </w:p>
    <w:p w14:paraId="3A7CCC27" w14:textId="77777777" w:rsidR="00A045C6" w:rsidRPr="00D82F3A" w:rsidRDefault="00FD5D0E" w:rsidP="18354CF1">
      <w:pPr>
        <w:spacing w:before="200" w:after="80"/>
        <w:jc w:val="both"/>
        <w:rPr>
          <w:rFonts w:ascii="Arial" w:hAnsi="Arial" w:cs="Arial"/>
          <w:sz w:val="16"/>
          <w:szCs w:val="16"/>
        </w:rPr>
      </w:pPr>
      <w:r w:rsidRPr="00D82F3A">
        <w:rPr>
          <w:rFonts w:ascii="Arial" w:hAnsi="Arial" w:cs="Arial"/>
          <w:b/>
          <w:sz w:val="16"/>
          <w:szCs w:val="16"/>
        </w:rPr>
        <w:t xml:space="preserve">8. </w:t>
      </w:r>
      <w:r w:rsidRPr="00801CEA">
        <w:rPr>
          <w:rFonts w:ascii="Arial" w:hAnsi="Arial" w:cs="Arial"/>
          <w:b/>
          <w:sz w:val="18"/>
          <w:szCs w:val="18"/>
        </w:rPr>
        <w:t>Confidentiality</w:t>
      </w:r>
    </w:p>
    <w:p w14:paraId="60B0BAC0"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8.1 Each party that receives Confidential Information of the other party agrees that, unless the disclosing party gives its prior written authorization, the receiving party shall not: (</w:t>
      </w:r>
      <w:proofErr w:type="spellStart"/>
      <w:r w:rsidRPr="00D82F3A">
        <w:rPr>
          <w:rFonts w:ascii="Arial" w:hAnsi="Arial" w:cs="Arial"/>
          <w:sz w:val="16"/>
          <w:szCs w:val="16"/>
        </w:rPr>
        <w:t>i</w:t>
      </w:r>
      <w:proofErr w:type="spellEnd"/>
      <w:r w:rsidRPr="00D82F3A">
        <w:rPr>
          <w:rFonts w:ascii="Arial" w:hAnsi="Arial" w:cs="Arial"/>
          <w:sz w:val="16"/>
          <w:szCs w:val="16"/>
        </w:rPr>
        <w:t>) use such Confidential Information other than for the purposes of this MSA; or (ii) disclose any such Confidential Information to any third party except those directors, managers, officers, employees, subcontractors, consultants, representatives and agents of the receiving party (collectively, the “</w:t>
      </w:r>
      <w:r w:rsidRPr="00E063BF">
        <w:rPr>
          <w:rFonts w:ascii="Arial" w:hAnsi="Arial" w:cs="Arial"/>
          <w:b/>
          <w:bCs/>
          <w:sz w:val="16"/>
          <w:szCs w:val="16"/>
        </w:rPr>
        <w:t>Representatives</w:t>
      </w:r>
      <w:r w:rsidRPr="00D82F3A">
        <w:rPr>
          <w:rFonts w:ascii="Arial" w:hAnsi="Arial" w:cs="Arial"/>
          <w:sz w:val="16"/>
          <w:szCs w:val="16"/>
        </w:rPr>
        <w:t>”) who are required to have such Confidential Information in order to carry out the purposes of this MSA and who have signed a non-disclosure agreement or are otherwise bound by confidentiality obligations at least as restrictive as the provisions of this MSA. The receiving party shall prevent the unauthorized use, disclosure, dissemination or publication of Confidential Information by itself and by its Representatives using at least the same degree of care that the receiving party uses to protect its own confidential information of a similar nature, but in no event less than a commercially reasonable degree of care.</w:t>
      </w:r>
    </w:p>
    <w:p w14:paraId="76F935A2"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8.2 The obligations of the parties under this Section 8 shall not apply to the extent of any disclosure required pursuant to a duly authorized subpoena, court order, or government authority of competent jurisdiction, provided that the receiving party has provided, to the extent permitted by applicable law, prompt notice to, and full cooperation with, the disclosing party prior to such disclosure so that such party may seek a protective order or other appropriate remedy to protect against or limit disclosure.</w:t>
      </w:r>
    </w:p>
    <w:p w14:paraId="518B788B"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8.3 Upon request by the disclosing party, the receiving party will certify to the disclosing party in writing that all copies, abstracts, summaries, and documents including Confidential Information have been destroyed.</w:t>
      </w:r>
    </w:p>
    <w:p w14:paraId="6E9C4D87"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8.4 Any breach of the confidentiality obligations set forth in this Section would constitute a material breach of this MSA, which the parties acknowledge may cause irreparable harm to the disclosing party, leaving it without an adequate remedy at law. Such a breach shall therefore entitle the disclosing party to seek injunctive relief in addition to all other remedies, without the necessity of posting of a bond or other security in connection therewith.</w:t>
      </w:r>
    </w:p>
    <w:p w14:paraId="7D57167F"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8.5 This Section 8 will remain in effect during the term of this MSA and for a period of two (2) years following the termination of this MSA or the applicable Order and, in the case of Confidential Information that constitutes a trade secret under applicable law, for so long as such Confidential Information remains a trade secret.</w:t>
      </w:r>
    </w:p>
    <w:p w14:paraId="1106F9E7" w14:textId="77777777" w:rsidR="00A045C6" w:rsidRPr="00D82F3A" w:rsidRDefault="00FD5D0E" w:rsidP="18354CF1">
      <w:pPr>
        <w:spacing w:before="200" w:after="80"/>
        <w:jc w:val="both"/>
        <w:rPr>
          <w:rFonts w:ascii="Arial" w:hAnsi="Arial" w:cs="Arial"/>
          <w:sz w:val="16"/>
          <w:szCs w:val="16"/>
        </w:rPr>
      </w:pPr>
      <w:r w:rsidRPr="00D82F3A">
        <w:rPr>
          <w:rFonts w:ascii="Arial" w:hAnsi="Arial" w:cs="Arial"/>
          <w:b/>
          <w:sz w:val="16"/>
          <w:szCs w:val="16"/>
        </w:rPr>
        <w:t xml:space="preserve">9. </w:t>
      </w:r>
      <w:r w:rsidRPr="00801CEA">
        <w:rPr>
          <w:rFonts w:ascii="Arial" w:hAnsi="Arial" w:cs="Arial"/>
          <w:b/>
          <w:sz w:val="18"/>
          <w:szCs w:val="18"/>
        </w:rPr>
        <w:t>Limitation of Liability</w:t>
      </w:r>
    </w:p>
    <w:p w14:paraId="53ADDED2"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9.1 EXCEPT FOR A PARTY’S: (I) WILLFUL BREACH OF A MATERIAL TERM OF THIS MSA; OR (II) BREACH OF ITS CONFIDENTIALITY OBLIGATIONS UNDER SECTION 8, A PARTY’S AGGREGATE LIABILITY FOR DAMAGES (DIRECT OR OTHERWISE) CONCERNING PERFORMANCE OR NON-PERFORMANCE IN ANY WAY RELATED TO OR ARISING FROM OR UNDER THIS MSA, AND REGARDLESS OF WHETHER THE CLAIM FOR SUCH DAMAGES IS BASED IN CONTRACT, TORT, STRICT LIABILITY, OR OTHERWISE, SHALL NOT EXCEED THE TOTAL AMOUNTS PAID OR PAYABLE BY CUSTOMER TO DIGITAL.AI FOR THE 12-MONTH SUBSCRIPTION PERIOD PRECEDING THE EVENT GIVING RISE TO SUCH LIABILITY.</w:t>
      </w:r>
    </w:p>
    <w:p w14:paraId="5049F834"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9.2 NOTWITHSTANDING ANYTHING TO THE CONTRARY, IN NO OTHER EVENT SHALL A PARTY BE LIABLE FOR LOST PROFITS, LOST REVENUES, LOSS OF DATA, LOSS OF USE, LOSS OF BUSINESS, OR ANY INDIRECT, INCIDENTAL, SPECIAL, </w:t>
      </w:r>
      <w:r w:rsidRPr="00D82F3A">
        <w:rPr>
          <w:rFonts w:ascii="Arial" w:hAnsi="Arial" w:cs="Arial"/>
          <w:sz w:val="16"/>
          <w:szCs w:val="16"/>
        </w:rPr>
        <w:lastRenderedPageBreak/>
        <w:t>PUNITIVE, EXEMPLARY OR CONSEQUENTIAL DAMAGES, WHETHER OR NOT FORESEEABLE, RELATED TO OR ARISING FROM OR UNDER THIS MSA.</w:t>
      </w:r>
    </w:p>
    <w:p w14:paraId="40C3BB88"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9.3 UNDER NO CIRCUMSTANCES WILL DIGITAL.AI BE LIABLE IN ANY WAY FOR CUSTOMER APPLICATIONS, INCLUDING FOR ANY ERRORS OR OMISSIONS IN ANY CONTENT, OR FOR ANY LOSS OR DAMAGE OF ANY KIND INCURRED AS A RESULT OF THE USE OF ANY CONTENT UPLOADED OR EMAILED IN CONNECTION WITH OR VIA THE SOFTWARE. CUSTOMER ACKNOWLEDGES THAT DIGITAL.AI AND ITS DESIGNEES WILL HAVE THE RIGHT (BUT NOT THE OBLIGATION) IN THEIR SOLE DISCRETION TO REFUSE OR REMOVE ANY CUSTOMER APPLICATION THAT IS AVAILABLE IN CONNECTION WITH OR VIA THE SOFTWARE, INCLUDING FOR VIOLATIONS OF THIS MSA OR ANY POLICIES OR TERMS OF USE OF DIGITAL.AI.</w:t>
      </w:r>
    </w:p>
    <w:p w14:paraId="2FFE25AD" w14:textId="77777777" w:rsidR="00A045C6" w:rsidRPr="00801CEA" w:rsidRDefault="00FD5D0E" w:rsidP="18354CF1">
      <w:pPr>
        <w:spacing w:before="200" w:after="80"/>
        <w:jc w:val="both"/>
        <w:rPr>
          <w:rFonts w:ascii="Arial" w:hAnsi="Arial" w:cs="Arial"/>
          <w:sz w:val="18"/>
          <w:szCs w:val="18"/>
        </w:rPr>
      </w:pPr>
      <w:r w:rsidRPr="00D82F3A">
        <w:rPr>
          <w:rFonts w:ascii="Arial" w:hAnsi="Arial" w:cs="Arial"/>
          <w:b/>
          <w:sz w:val="16"/>
          <w:szCs w:val="16"/>
        </w:rPr>
        <w:t xml:space="preserve">10. </w:t>
      </w:r>
      <w:r w:rsidRPr="00801CEA">
        <w:rPr>
          <w:rFonts w:ascii="Arial" w:hAnsi="Arial" w:cs="Arial"/>
          <w:b/>
          <w:sz w:val="18"/>
          <w:szCs w:val="18"/>
        </w:rPr>
        <w:t>Term and Termination</w:t>
      </w:r>
    </w:p>
    <w:p w14:paraId="43F82C73" w14:textId="3EA0E6DB" w:rsidR="00A045C6" w:rsidRPr="00D82F3A" w:rsidRDefault="00FD5D0E" w:rsidP="2806D931">
      <w:pPr>
        <w:spacing w:after="120"/>
        <w:jc w:val="both"/>
        <w:rPr>
          <w:rFonts w:ascii="Arial" w:eastAsia="Calibri" w:hAnsi="Arial" w:cs="Arial"/>
          <w:sz w:val="16"/>
          <w:szCs w:val="16"/>
        </w:rPr>
      </w:pPr>
      <w:r w:rsidRPr="00D82F3A">
        <w:rPr>
          <w:rFonts w:ascii="Arial" w:hAnsi="Arial" w:cs="Arial"/>
          <w:sz w:val="16"/>
          <w:szCs w:val="16"/>
        </w:rPr>
        <w:t>10.1 The term of this MSA shall commence upon Customer’s acceptance thereof (the “</w:t>
      </w:r>
      <w:r w:rsidRPr="00E063BF">
        <w:rPr>
          <w:rFonts w:ascii="Arial" w:hAnsi="Arial" w:cs="Arial"/>
          <w:b/>
          <w:bCs/>
          <w:sz w:val="16"/>
          <w:szCs w:val="16"/>
        </w:rPr>
        <w:t>Effective Date</w:t>
      </w:r>
      <w:r w:rsidRPr="00D82F3A">
        <w:rPr>
          <w:rFonts w:ascii="Arial" w:hAnsi="Arial" w:cs="Arial"/>
          <w:sz w:val="16"/>
          <w:szCs w:val="16"/>
        </w:rPr>
        <w:t xml:space="preserve">”) and shall continue until the termination or expiration of the last then-current Order. </w:t>
      </w:r>
      <w:r w:rsidR="62A93C77" w:rsidRPr="00D82F3A">
        <w:rPr>
          <w:rFonts w:ascii="Arial" w:eastAsia="Calibri" w:hAnsi="Arial" w:cs="Arial"/>
          <w:sz w:val="16"/>
          <w:szCs w:val="16"/>
        </w:rPr>
        <w:t xml:space="preserve"> In the event Customer elects to renew the Licenses, the annual fees for the renewal term (the "</w:t>
      </w:r>
      <w:r w:rsidR="62A93C77" w:rsidRPr="00D82F3A">
        <w:rPr>
          <w:rFonts w:ascii="Arial" w:eastAsia="Calibri" w:hAnsi="Arial" w:cs="Arial"/>
          <w:b/>
          <w:bCs/>
          <w:sz w:val="16"/>
          <w:szCs w:val="16"/>
        </w:rPr>
        <w:t>Renewal Fees</w:t>
      </w:r>
      <w:r w:rsidR="62A93C77" w:rsidRPr="00D82F3A">
        <w:rPr>
          <w:rFonts w:ascii="Arial" w:eastAsia="Calibri" w:hAnsi="Arial" w:cs="Arial"/>
          <w:sz w:val="16"/>
          <w:szCs w:val="16"/>
        </w:rPr>
        <w:t>") shall be as set forth in the applicable Order or, if not specified, subject to indexation. The Renewal Fees are conditioned upon Customer renewing at least the same number and type of Licenses as were in effect during the immediately preceding term. The Renewal Fees shall be subject to adjustment to reflect any increase in the scope o</w:t>
      </w:r>
      <w:r w:rsidR="00363B94" w:rsidRPr="00D82F3A">
        <w:rPr>
          <w:rFonts w:ascii="Arial" w:eastAsia="Calibri" w:hAnsi="Arial" w:cs="Arial"/>
          <w:sz w:val="16"/>
          <w:szCs w:val="16"/>
        </w:rPr>
        <w:t>r</w:t>
      </w:r>
      <w:r w:rsidR="62A93C77" w:rsidRPr="00D82F3A">
        <w:rPr>
          <w:rFonts w:ascii="Arial" w:eastAsia="Calibri" w:hAnsi="Arial" w:cs="Arial"/>
          <w:sz w:val="16"/>
          <w:szCs w:val="16"/>
        </w:rPr>
        <w:t xml:space="preserve"> use of the Software, the addition of Software Licenses, or any separately purchased </w:t>
      </w:r>
      <w:r w:rsidR="003A4371" w:rsidRPr="00D82F3A">
        <w:rPr>
          <w:rFonts w:ascii="Arial" w:eastAsia="Calibri" w:hAnsi="Arial" w:cs="Arial"/>
          <w:sz w:val="16"/>
          <w:szCs w:val="16"/>
        </w:rPr>
        <w:t>Professional</w:t>
      </w:r>
      <w:r w:rsidR="62A93C77" w:rsidRPr="00D82F3A">
        <w:rPr>
          <w:rFonts w:ascii="Arial" w:eastAsia="Calibri" w:hAnsi="Arial" w:cs="Arial"/>
          <w:sz w:val="16"/>
          <w:szCs w:val="16"/>
        </w:rPr>
        <w:t xml:space="preserve"> Services. Any reduction in the number or type of Licenses at renewal shall entitle Digital.ai to re-price the Renewal Fees at its then-current rates.</w:t>
      </w:r>
      <w:r w:rsidR="0EAF3792" w:rsidRPr="00D82F3A">
        <w:rPr>
          <w:rFonts w:ascii="Arial" w:eastAsia="Calibri" w:hAnsi="Arial" w:cs="Arial"/>
          <w:sz w:val="16"/>
          <w:szCs w:val="16"/>
        </w:rPr>
        <w:t xml:space="preserve"> </w:t>
      </w:r>
    </w:p>
    <w:p w14:paraId="22CE0003" w14:textId="094F5798" w:rsidR="00A045C6" w:rsidRPr="00D82F3A" w:rsidRDefault="00FD5D0E" w:rsidP="2806D931">
      <w:pPr>
        <w:spacing w:after="120"/>
        <w:jc w:val="both"/>
        <w:rPr>
          <w:rFonts w:ascii="Arial" w:eastAsia="Calibri" w:hAnsi="Arial" w:cs="Arial"/>
          <w:sz w:val="16"/>
          <w:szCs w:val="16"/>
        </w:rPr>
      </w:pPr>
      <w:r w:rsidRPr="00D82F3A">
        <w:rPr>
          <w:rFonts w:ascii="Arial" w:hAnsi="Arial" w:cs="Arial"/>
          <w:sz w:val="16"/>
          <w:szCs w:val="16"/>
        </w:rPr>
        <w:t xml:space="preserve">10.2 Customer will continue to receive the Subscription for any </w:t>
      </w:r>
      <w:r w:rsidR="00351608" w:rsidRPr="00D82F3A">
        <w:rPr>
          <w:rFonts w:ascii="Arial" w:hAnsi="Arial" w:cs="Arial"/>
          <w:sz w:val="16"/>
          <w:szCs w:val="16"/>
        </w:rPr>
        <w:t xml:space="preserve">renewal </w:t>
      </w:r>
      <w:r w:rsidR="00756756" w:rsidRPr="00D82F3A">
        <w:rPr>
          <w:rFonts w:ascii="Arial" w:hAnsi="Arial" w:cs="Arial"/>
          <w:sz w:val="16"/>
          <w:szCs w:val="16"/>
        </w:rPr>
        <w:t>t</w:t>
      </w:r>
      <w:r w:rsidRPr="00D82F3A">
        <w:rPr>
          <w:rFonts w:ascii="Arial" w:hAnsi="Arial" w:cs="Arial"/>
          <w:sz w:val="16"/>
          <w:szCs w:val="16"/>
        </w:rPr>
        <w:t xml:space="preserve">erm of an Order in exchange for payment of </w:t>
      </w:r>
      <w:proofErr w:type="spellStart"/>
      <w:r w:rsidRPr="00D82F3A">
        <w:rPr>
          <w:rFonts w:ascii="Arial" w:hAnsi="Arial" w:cs="Arial"/>
          <w:sz w:val="16"/>
          <w:szCs w:val="16"/>
        </w:rPr>
        <w:t>Digital.ai’s</w:t>
      </w:r>
      <w:proofErr w:type="spellEnd"/>
      <w:r w:rsidRPr="00D82F3A">
        <w:rPr>
          <w:rFonts w:ascii="Arial" w:hAnsi="Arial" w:cs="Arial"/>
          <w:sz w:val="16"/>
          <w:szCs w:val="16"/>
        </w:rPr>
        <w:t xml:space="preserve"> then-current fees. </w:t>
      </w:r>
      <w:r w:rsidR="442A2DCF" w:rsidRPr="00D82F3A">
        <w:rPr>
          <w:rFonts w:ascii="Arial" w:eastAsia="Calibri" w:hAnsi="Arial" w:cs="Arial"/>
          <w:sz w:val="16"/>
          <w:szCs w:val="16"/>
        </w:rPr>
        <w:t xml:space="preserve"> Customer shall provide Digital.ai with written notice of its intent not to renew at least ninety (90) days prior to the expiration of the then-current </w:t>
      </w:r>
      <w:r w:rsidR="00740F34" w:rsidRPr="00D82F3A">
        <w:rPr>
          <w:rFonts w:ascii="Arial" w:eastAsia="Calibri" w:hAnsi="Arial" w:cs="Arial"/>
          <w:sz w:val="16"/>
          <w:szCs w:val="16"/>
        </w:rPr>
        <w:t xml:space="preserve">Order </w:t>
      </w:r>
      <w:r w:rsidR="442A2DCF" w:rsidRPr="00D82F3A">
        <w:rPr>
          <w:rFonts w:ascii="Arial" w:eastAsia="Calibri" w:hAnsi="Arial" w:cs="Arial"/>
          <w:sz w:val="16"/>
          <w:szCs w:val="16"/>
        </w:rPr>
        <w:t xml:space="preserve">term; failure to provide such notice within the required timeframe shall result in automatic renewal of the </w:t>
      </w:r>
      <w:r w:rsidR="00D95F7A" w:rsidRPr="00D82F3A">
        <w:rPr>
          <w:rFonts w:ascii="Arial" w:eastAsia="Calibri" w:hAnsi="Arial" w:cs="Arial"/>
          <w:sz w:val="16"/>
          <w:szCs w:val="16"/>
        </w:rPr>
        <w:t>Subscription</w:t>
      </w:r>
      <w:r w:rsidR="00740F34" w:rsidRPr="00D82F3A">
        <w:rPr>
          <w:rFonts w:ascii="Arial" w:eastAsia="Calibri" w:hAnsi="Arial" w:cs="Arial"/>
          <w:sz w:val="16"/>
          <w:szCs w:val="16"/>
        </w:rPr>
        <w:t>(s)</w:t>
      </w:r>
      <w:r w:rsidR="442A2DCF" w:rsidRPr="00D82F3A">
        <w:rPr>
          <w:rFonts w:ascii="Arial" w:eastAsia="Calibri" w:hAnsi="Arial" w:cs="Arial"/>
          <w:sz w:val="16"/>
          <w:szCs w:val="16"/>
        </w:rPr>
        <w:t xml:space="preserve"> under the terms set forth herein.</w:t>
      </w:r>
    </w:p>
    <w:p w14:paraId="53E32A76" w14:textId="18087765"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10.3 Either party may terminate any or all existing Order(s) immediately by providing written notice to the other party of such termination if the other party: (</w:t>
      </w:r>
      <w:proofErr w:type="spellStart"/>
      <w:r w:rsidRPr="00D82F3A">
        <w:rPr>
          <w:rFonts w:ascii="Arial" w:hAnsi="Arial" w:cs="Arial"/>
          <w:sz w:val="16"/>
          <w:szCs w:val="16"/>
        </w:rPr>
        <w:t>i</w:t>
      </w:r>
      <w:proofErr w:type="spellEnd"/>
      <w:r w:rsidRPr="00D82F3A">
        <w:rPr>
          <w:rFonts w:ascii="Arial" w:hAnsi="Arial" w:cs="Arial"/>
          <w:sz w:val="16"/>
          <w:szCs w:val="16"/>
        </w:rPr>
        <w:t xml:space="preserve">) breaches any material provision of this MSA; (ii) is adjudicated as bankrupt or makes an assignment for the benefit of creditors, or if a receiver, liquidator, administrator or a trustee is appointed for such party’s affairs; or (iii) if a party is dissolved. None of the foregoing termination for cause rights shall be valid if the breaching party is able to cure such breach within thirty (30) days after the non-breaching party delivers written notice of such breach to the breaching party. Either party may terminate an Order at the end of the </w:t>
      </w:r>
      <w:r w:rsidR="00D81E52" w:rsidRPr="00D82F3A">
        <w:rPr>
          <w:rFonts w:ascii="Arial" w:hAnsi="Arial" w:cs="Arial"/>
          <w:sz w:val="16"/>
          <w:szCs w:val="16"/>
        </w:rPr>
        <w:t>then-current term</w:t>
      </w:r>
      <w:r w:rsidRPr="00D82F3A">
        <w:rPr>
          <w:rFonts w:ascii="Arial" w:hAnsi="Arial" w:cs="Arial"/>
          <w:sz w:val="16"/>
          <w:szCs w:val="16"/>
        </w:rPr>
        <w:t xml:space="preserve"> thereof by giving the other party at least 90 days’ prior written notice before the beginning of the next </w:t>
      </w:r>
      <w:r w:rsidR="00D81E52" w:rsidRPr="00D82F3A">
        <w:rPr>
          <w:rFonts w:ascii="Arial" w:hAnsi="Arial" w:cs="Arial"/>
          <w:sz w:val="16"/>
          <w:szCs w:val="16"/>
        </w:rPr>
        <w:t>renewal term</w:t>
      </w:r>
      <w:r w:rsidRPr="00D82F3A">
        <w:rPr>
          <w:rFonts w:ascii="Arial" w:hAnsi="Arial" w:cs="Arial"/>
          <w:sz w:val="16"/>
          <w:szCs w:val="16"/>
        </w:rPr>
        <w:t>.</w:t>
      </w:r>
    </w:p>
    <w:p w14:paraId="4CE0D39F"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10.4 If this MSA or any Order is terminated, Customer must within 30 days after such termination, </w:t>
      </w:r>
      <w:proofErr w:type="gramStart"/>
      <w:r w:rsidRPr="00D82F3A">
        <w:rPr>
          <w:rFonts w:ascii="Arial" w:hAnsi="Arial" w:cs="Arial"/>
          <w:sz w:val="16"/>
          <w:szCs w:val="16"/>
        </w:rPr>
        <w:t>at</w:t>
      </w:r>
      <w:proofErr w:type="gramEnd"/>
      <w:r w:rsidRPr="00D82F3A">
        <w:rPr>
          <w:rFonts w:ascii="Arial" w:hAnsi="Arial" w:cs="Arial"/>
          <w:sz w:val="16"/>
          <w:szCs w:val="16"/>
        </w:rPr>
        <w:t xml:space="preserve"> </w:t>
      </w:r>
      <w:proofErr w:type="spellStart"/>
      <w:r w:rsidRPr="00D82F3A">
        <w:rPr>
          <w:rFonts w:ascii="Arial" w:hAnsi="Arial" w:cs="Arial"/>
          <w:sz w:val="16"/>
          <w:szCs w:val="16"/>
        </w:rPr>
        <w:t>Digital.ai’s</w:t>
      </w:r>
      <w:proofErr w:type="spellEnd"/>
      <w:r w:rsidRPr="00D82F3A">
        <w:rPr>
          <w:rFonts w:ascii="Arial" w:hAnsi="Arial" w:cs="Arial"/>
          <w:sz w:val="16"/>
          <w:szCs w:val="16"/>
        </w:rPr>
        <w:t xml:space="preserve"> direction, destroy or return all affected Software and Documentation and certify in writing that it has complied with </w:t>
      </w:r>
      <w:proofErr w:type="gramStart"/>
      <w:r w:rsidRPr="00D82F3A">
        <w:rPr>
          <w:rFonts w:ascii="Arial" w:hAnsi="Arial" w:cs="Arial"/>
          <w:sz w:val="16"/>
          <w:szCs w:val="16"/>
        </w:rPr>
        <w:t>this Section</w:t>
      </w:r>
      <w:proofErr w:type="gramEnd"/>
      <w:r w:rsidRPr="00D82F3A">
        <w:rPr>
          <w:rFonts w:ascii="Arial" w:hAnsi="Arial" w:cs="Arial"/>
          <w:sz w:val="16"/>
          <w:szCs w:val="16"/>
        </w:rPr>
        <w:t xml:space="preserve"> 10.4. Upon expiration or termination of the MSA, if Customer was granted a Redistributable Components License, then in addition, Customer shall: (a) cease the reproduction and distribution of the Redistributable Components (except as provided below); and (b) promptly certify to Digital.ai that Customer has done so. However, for those Customer Applications that have been distributed by Customer prior to such expiration or termination and for which Customer retains the Redistributable Components License post-termination, Customer may retain one (1) copy of the Redistributable Components to support existing End Users of the Customer Application, provided that Customer has paid all applicable fees due to Digital.ai and Customer acknowledges and agrees that it is not entitled to Support, nor does Digital.ai have any further obligation to provide Customer with Support after the effective date of termination. </w:t>
      </w:r>
      <w:proofErr w:type="gramStart"/>
      <w:r w:rsidRPr="00D82F3A">
        <w:rPr>
          <w:rFonts w:ascii="Arial" w:hAnsi="Arial" w:cs="Arial"/>
          <w:sz w:val="16"/>
          <w:szCs w:val="16"/>
        </w:rPr>
        <w:t>Customer assumes</w:t>
      </w:r>
      <w:proofErr w:type="gramEnd"/>
      <w:r w:rsidRPr="00D82F3A">
        <w:rPr>
          <w:rFonts w:ascii="Arial" w:hAnsi="Arial" w:cs="Arial"/>
          <w:sz w:val="16"/>
          <w:szCs w:val="16"/>
        </w:rPr>
        <w:t xml:space="preserve"> all risks with respect to the Customer Application.</w:t>
      </w:r>
    </w:p>
    <w:p w14:paraId="68236409"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10.5 All provisions and obligations of this MSA or any Order which by their nature should survive any termination of this MSA or an Order will survive any such termination, including provisions and obligations with regard to accrued rights to payment, confidentiality obligations, warranty disclaimers, limitations of liability, engaging of third parties and liability for taxes and premiums.</w:t>
      </w:r>
    </w:p>
    <w:p w14:paraId="2B6DF082" w14:textId="77777777" w:rsidR="007D5B18" w:rsidRPr="00D82F3A" w:rsidRDefault="007D5B18" w:rsidP="18354CF1">
      <w:pPr>
        <w:spacing w:before="200" w:after="80"/>
        <w:jc w:val="both"/>
        <w:rPr>
          <w:rFonts w:ascii="Arial" w:hAnsi="Arial" w:cs="Arial"/>
          <w:sz w:val="16"/>
          <w:szCs w:val="16"/>
        </w:rPr>
      </w:pPr>
      <w:r w:rsidRPr="00D82F3A">
        <w:rPr>
          <w:rFonts w:ascii="Arial" w:hAnsi="Arial" w:cs="Arial"/>
          <w:b/>
          <w:sz w:val="16"/>
          <w:szCs w:val="16"/>
        </w:rPr>
        <w:t xml:space="preserve">11. </w:t>
      </w:r>
      <w:r w:rsidRPr="00801CEA">
        <w:rPr>
          <w:rFonts w:ascii="Arial" w:hAnsi="Arial" w:cs="Arial"/>
          <w:b/>
          <w:sz w:val="18"/>
          <w:szCs w:val="18"/>
        </w:rPr>
        <w:t>AI Features</w:t>
      </w:r>
    </w:p>
    <w:p w14:paraId="33B07AF4" w14:textId="22B58794" w:rsidR="007D5B18" w:rsidRPr="00D82F3A" w:rsidRDefault="06A59755" w:rsidP="18354CF1">
      <w:pPr>
        <w:spacing w:after="120"/>
        <w:jc w:val="both"/>
        <w:rPr>
          <w:rFonts w:ascii="Arial" w:hAnsi="Arial" w:cs="Arial"/>
          <w:sz w:val="16"/>
          <w:szCs w:val="16"/>
        </w:rPr>
      </w:pPr>
      <w:r w:rsidRPr="00D82F3A">
        <w:rPr>
          <w:rFonts w:ascii="Arial" w:hAnsi="Arial" w:cs="Arial"/>
          <w:sz w:val="16"/>
          <w:szCs w:val="16"/>
        </w:rPr>
        <w:t xml:space="preserve">11.1 </w:t>
      </w:r>
      <w:r w:rsidRPr="00D82F3A">
        <w:rPr>
          <w:rFonts w:ascii="Arial" w:hAnsi="Arial" w:cs="Arial"/>
          <w:i/>
          <w:iCs/>
          <w:sz w:val="16"/>
          <w:szCs w:val="16"/>
        </w:rPr>
        <w:t>Ownership and Data Use</w:t>
      </w:r>
      <w:r w:rsidRPr="00D82F3A">
        <w:rPr>
          <w:rFonts w:ascii="Arial" w:hAnsi="Arial" w:cs="Arial"/>
          <w:sz w:val="16"/>
          <w:szCs w:val="16"/>
        </w:rPr>
        <w:t xml:space="preserve">. </w:t>
      </w:r>
      <w:proofErr w:type="gramStart"/>
      <w:r w:rsidRPr="00D82F3A">
        <w:rPr>
          <w:rFonts w:ascii="Arial" w:hAnsi="Arial" w:cs="Arial"/>
          <w:sz w:val="16"/>
          <w:szCs w:val="16"/>
        </w:rPr>
        <w:t>Customer retains</w:t>
      </w:r>
      <w:proofErr w:type="gramEnd"/>
      <w:r w:rsidRPr="00D82F3A">
        <w:rPr>
          <w:rFonts w:ascii="Arial" w:hAnsi="Arial" w:cs="Arial"/>
          <w:sz w:val="16"/>
          <w:szCs w:val="16"/>
        </w:rPr>
        <w:t xml:space="preserve"> all ownership rights in </w:t>
      </w:r>
      <w:proofErr w:type="gramStart"/>
      <w:r w:rsidRPr="00D82F3A">
        <w:rPr>
          <w:rFonts w:ascii="Arial" w:hAnsi="Arial" w:cs="Arial"/>
          <w:sz w:val="16"/>
          <w:szCs w:val="16"/>
        </w:rPr>
        <w:t>its</w:t>
      </w:r>
      <w:proofErr w:type="gramEnd"/>
      <w:r w:rsidRPr="00D82F3A">
        <w:rPr>
          <w:rFonts w:ascii="Arial" w:hAnsi="Arial" w:cs="Arial"/>
          <w:sz w:val="16"/>
          <w:szCs w:val="16"/>
        </w:rPr>
        <w:t xml:space="preserve"> Input and owns all Output, excluding any</w:t>
      </w:r>
      <w:r w:rsidR="566B8E26" w:rsidRPr="00D82F3A">
        <w:rPr>
          <w:rFonts w:ascii="Arial" w:hAnsi="Arial" w:cs="Arial"/>
          <w:sz w:val="16"/>
          <w:szCs w:val="16"/>
        </w:rPr>
        <w:t xml:space="preserve"> Usage Data or Digital.ai</w:t>
      </w:r>
      <w:r w:rsidRPr="00D82F3A">
        <w:rPr>
          <w:rFonts w:ascii="Arial" w:hAnsi="Arial" w:cs="Arial"/>
          <w:sz w:val="16"/>
          <w:szCs w:val="16"/>
        </w:rPr>
        <w:t xml:space="preserve"> </w:t>
      </w:r>
      <w:r w:rsidR="578C0BC0" w:rsidRPr="00D82F3A">
        <w:rPr>
          <w:rFonts w:ascii="Arial" w:hAnsi="Arial" w:cs="Arial"/>
          <w:sz w:val="16"/>
          <w:szCs w:val="16"/>
        </w:rPr>
        <w:t>i</w:t>
      </w:r>
      <w:r w:rsidRPr="00D82F3A">
        <w:rPr>
          <w:rFonts w:ascii="Arial" w:hAnsi="Arial" w:cs="Arial"/>
          <w:sz w:val="16"/>
          <w:szCs w:val="16"/>
        </w:rPr>
        <w:t xml:space="preserve">ntellectual </w:t>
      </w:r>
      <w:r w:rsidR="7AA0A83C" w:rsidRPr="00D82F3A">
        <w:rPr>
          <w:rFonts w:ascii="Arial" w:hAnsi="Arial" w:cs="Arial"/>
          <w:sz w:val="16"/>
          <w:szCs w:val="16"/>
        </w:rPr>
        <w:t>p</w:t>
      </w:r>
      <w:r w:rsidRPr="00D82F3A">
        <w:rPr>
          <w:rFonts w:ascii="Arial" w:hAnsi="Arial" w:cs="Arial"/>
          <w:sz w:val="16"/>
          <w:szCs w:val="16"/>
        </w:rPr>
        <w:t xml:space="preserve">roperty embedded </w:t>
      </w:r>
      <w:r w:rsidR="63CD1AA8" w:rsidRPr="00D82F3A">
        <w:rPr>
          <w:rFonts w:ascii="Arial" w:hAnsi="Arial" w:cs="Arial"/>
          <w:sz w:val="16"/>
          <w:szCs w:val="16"/>
        </w:rPr>
        <w:t>in Outputs</w:t>
      </w:r>
      <w:r w:rsidRPr="00D82F3A">
        <w:rPr>
          <w:rFonts w:ascii="Arial" w:hAnsi="Arial" w:cs="Arial"/>
          <w:sz w:val="16"/>
          <w:szCs w:val="16"/>
        </w:rPr>
        <w:t xml:space="preserve">. Digital.ai shall use Content </w:t>
      </w:r>
      <w:r w:rsidR="007ECB84" w:rsidRPr="00D82F3A">
        <w:rPr>
          <w:rFonts w:ascii="Arial" w:hAnsi="Arial" w:cs="Arial"/>
          <w:sz w:val="16"/>
          <w:szCs w:val="16"/>
        </w:rPr>
        <w:t>s</w:t>
      </w:r>
      <w:r w:rsidRPr="00D82F3A">
        <w:rPr>
          <w:rFonts w:ascii="Arial" w:hAnsi="Arial" w:cs="Arial"/>
          <w:sz w:val="16"/>
          <w:szCs w:val="16"/>
        </w:rPr>
        <w:t xml:space="preserve">olely to provide, maintain, and secure the AI Features for Customer. Digital.ai will not use Customer Content to train foundational models or improve products for other customers without Customer’s express consent. Digital.ai may </w:t>
      </w:r>
      <w:r w:rsidR="3575F0A5" w:rsidRPr="00D82F3A">
        <w:rPr>
          <w:rFonts w:ascii="Arial" w:hAnsi="Arial" w:cs="Arial"/>
          <w:sz w:val="16"/>
          <w:szCs w:val="16"/>
        </w:rPr>
        <w:t xml:space="preserve">use </w:t>
      </w:r>
      <w:r w:rsidRPr="00D82F3A">
        <w:rPr>
          <w:rFonts w:ascii="Arial" w:hAnsi="Arial" w:cs="Arial"/>
          <w:sz w:val="16"/>
          <w:szCs w:val="16"/>
        </w:rPr>
        <w:t xml:space="preserve">de-identified, aggregated </w:t>
      </w:r>
      <w:r w:rsidR="6E892CA0" w:rsidRPr="00D82F3A">
        <w:rPr>
          <w:rFonts w:ascii="Arial" w:hAnsi="Arial" w:cs="Arial"/>
          <w:sz w:val="16"/>
          <w:szCs w:val="16"/>
        </w:rPr>
        <w:t xml:space="preserve">Usage Data to </w:t>
      </w:r>
      <w:r w:rsidRPr="00D82F3A">
        <w:rPr>
          <w:rFonts w:ascii="Arial" w:hAnsi="Arial" w:cs="Arial"/>
          <w:sz w:val="16"/>
          <w:szCs w:val="16"/>
        </w:rPr>
        <w:t>optimize platform performance and stability.</w:t>
      </w:r>
    </w:p>
    <w:p w14:paraId="1469A04F" w14:textId="77777777" w:rsidR="007D5B18" w:rsidRPr="00D82F3A" w:rsidRDefault="007D5B18" w:rsidP="18354CF1">
      <w:pPr>
        <w:spacing w:after="120"/>
        <w:jc w:val="both"/>
        <w:rPr>
          <w:rFonts w:ascii="Arial" w:hAnsi="Arial" w:cs="Arial"/>
          <w:sz w:val="16"/>
          <w:szCs w:val="16"/>
        </w:rPr>
      </w:pPr>
      <w:r w:rsidRPr="00D82F3A">
        <w:rPr>
          <w:rFonts w:ascii="Arial" w:hAnsi="Arial" w:cs="Arial"/>
          <w:sz w:val="16"/>
          <w:szCs w:val="16"/>
        </w:rPr>
        <w:t xml:space="preserve">11.2 </w:t>
      </w:r>
      <w:r w:rsidRPr="00D82F3A">
        <w:rPr>
          <w:rFonts w:ascii="Arial" w:hAnsi="Arial" w:cs="Arial"/>
          <w:i/>
          <w:iCs/>
          <w:sz w:val="16"/>
          <w:szCs w:val="16"/>
        </w:rPr>
        <w:t>Customer Responsibilities</w:t>
      </w:r>
      <w:r w:rsidRPr="00D82F3A">
        <w:rPr>
          <w:rFonts w:ascii="Arial" w:hAnsi="Arial" w:cs="Arial"/>
          <w:sz w:val="16"/>
          <w:szCs w:val="16"/>
        </w:rPr>
        <w:t>. Customer is responsible for ensuring it has all necessary rights to its Input and for the final use and legal compliance of any Output. Customer shall not: (a) use AI Features to intentionally generate infringing content; (b) represent AI-generated Output as human-authored; (c) remove any digital watermarks or origin metadata; or (d) use AI Features to develop or improve products that compete with Digital.ai. Digital.ai may block Input or Output that it reasonably believes violates third-party rights, applicable law, or the Acceptable Use Policy.</w:t>
      </w:r>
    </w:p>
    <w:p w14:paraId="09EDEE04" w14:textId="63D52882" w:rsidR="000C122D" w:rsidRPr="00D82F3A" w:rsidRDefault="007D5B18" w:rsidP="18354CF1">
      <w:pPr>
        <w:spacing w:after="120"/>
        <w:jc w:val="both"/>
        <w:rPr>
          <w:rFonts w:ascii="Arial" w:hAnsi="Arial" w:cs="Arial"/>
          <w:sz w:val="16"/>
          <w:szCs w:val="16"/>
        </w:rPr>
      </w:pPr>
      <w:r w:rsidRPr="00D82F3A">
        <w:rPr>
          <w:rFonts w:ascii="Arial" w:hAnsi="Arial" w:cs="Arial"/>
          <w:sz w:val="16"/>
          <w:szCs w:val="16"/>
        </w:rPr>
        <w:lastRenderedPageBreak/>
        <w:t xml:space="preserve">11.3 </w:t>
      </w:r>
      <w:r w:rsidRPr="00D82F3A">
        <w:rPr>
          <w:rFonts w:ascii="Arial" w:hAnsi="Arial" w:cs="Arial"/>
          <w:i/>
          <w:iCs/>
          <w:sz w:val="16"/>
          <w:szCs w:val="16"/>
        </w:rPr>
        <w:t>Nature of Output; Disclaimer</w:t>
      </w:r>
      <w:r w:rsidRPr="00D82F3A">
        <w:rPr>
          <w:rFonts w:ascii="Arial" w:hAnsi="Arial" w:cs="Arial"/>
          <w:sz w:val="16"/>
          <w:szCs w:val="16"/>
        </w:rPr>
        <w:t>. Customer acknowledges that AI Features utilize evolving technology and provide Output that is not a substitute for human judgment and may not be unique among users. Digital.ai provides all AI Features and Output on an “AS-IS” basis and disclaims all warranties, express or implied, including any warranties of non-infringement or fitness for a particular purpose. Digital.ai reserves the right to throttle or suspend access to AI Features as necessary to maintain service levels and availability.</w:t>
      </w:r>
    </w:p>
    <w:p w14:paraId="1528364E" w14:textId="48E170FA" w:rsidR="00A045C6" w:rsidRPr="00D82F3A" w:rsidRDefault="00FD5D0E" w:rsidP="18354CF1">
      <w:pPr>
        <w:spacing w:before="200" w:after="80"/>
        <w:jc w:val="both"/>
        <w:rPr>
          <w:rFonts w:ascii="Arial" w:hAnsi="Arial" w:cs="Arial"/>
          <w:sz w:val="16"/>
          <w:szCs w:val="16"/>
        </w:rPr>
      </w:pPr>
      <w:r w:rsidRPr="00D82F3A">
        <w:rPr>
          <w:rFonts w:ascii="Arial" w:hAnsi="Arial" w:cs="Arial"/>
          <w:b/>
          <w:sz w:val="16"/>
          <w:szCs w:val="16"/>
        </w:rPr>
        <w:t xml:space="preserve">12. </w:t>
      </w:r>
      <w:r w:rsidRPr="00801CEA">
        <w:rPr>
          <w:rFonts w:ascii="Arial" w:hAnsi="Arial" w:cs="Arial"/>
          <w:b/>
          <w:sz w:val="18"/>
          <w:szCs w:val="18"/>
        </w:rPr>
        <w:t>Miscellaneous</w:t>
      </w:r>
    </w:p>
    <w:p w14:paraId="42B80B1B" w14:textId="314FAECC"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12.1 </w:t>
      </w:r>
      <w:r w:rsidRPr="00D82F3A">
        <w:rPr>
          <w:rFonts w:ascii="Arial" w:hAnsi="Arial" w:cs="Arial"/>
          <w:i/>
          <w:iCs/>
          <w:sz w:val="16"/>
          <w:szCs w:val="16"/>
        </w:rPr>
        <w:t>Force Majeure</w:t>
      </w:r>
      <w:r w:rsidRPr="00D82F3A">
        <w:rPr>
          <w:rFonts w:ascii="Arial" w:hAnsi="Arial" w:cs="Arial"/>
          <w:sz w:val="16"/>
          <w:szCs w:val="16"/>
        </w:rPr>
        <w:t>. Digital.ai shall not be liable for, nor shall Digital.ai be considered in breach of this MSA due to, any failure to perform its obligations under this MSA as a result of a cause beyond its reasonable control, including any act of God or a public enemy, terrorist act, act of any military, civil or regulatory authority, change in any law or regulation, epidemic, pandemic, freight embargo, strike, fire, flood, earthquake, storm or other like event, disruption or outage of communications, power or other utility, labor problem, unavailability of supplies, introduction of a virus, worm or similar disabling code in the Software by Customer or a third party or any other cause, whether similar or dissimilar to any of the foregoing.</w:t>
      </w:r>
    </w:p>
    <w:p w14:paraId="298EE134" w14:textId="01460C55"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12.2 </w:t>
      </w:r>
      <w:r w:rsidRPr="00D82F3A">
        <w:rPr>
          <w:rFonts w:ascii="Arial" w:hAnsi="Arial" w:cs="Arial"/>
          <w:i/>
          <w:iCs/>
          <w:sz w:val="16"/>
          <w:szCs w:val="16"/>
        </w:rPr>
        <w:t>Assignment</w:t>
      </w:r>
      <w:r w:rsidRPr="00D82F3A">
        <w:rPr>
          <w:rFonts w:ascii="Arial" w:hAnsi="Arial" w:cs="Arial"/>
          <w:sz w:val="16"/>
          <w:szCs w:val="16"/>
        </w:rPr>
        <w:t xml:space="preserve">. Either party may assign this MSA and any of its rights or obligations hereunder to its Affiliates or in connection with the transfer or sale of all or substantially </w:t>
      </w:r>
      <w:proofErr w:type="gramStart"/>
      <w:r w:rsidRPr="00D82F3A">
        <w:rPr>
          <w:rFonts w:ascii="Arial" w:hAnsi="Arial" w:cs="Arial"/>
          <w:sz w:val="16"/>
          <w:szCs w:val="16"/>
        </w:rPr>
        <w:t>all of</w:t>
      </w:r>
      <w:proofErr w:type="gramEnd"/>
      <w:r w:rsidRPr="00D82F3A">
        <w:rPr>
          <w:rFonts w:ascii="Arial" w:hAnsi="Arial" w:cs="Arial"/>
          <w:sz w:val="16"/>
          <w:szCs w:val="16"/>
        </w:rPr>
        <w:t xml:space="preserve"> its business, or in the event of its merger, consolidation, reorganization, or change in control or similar transaction. The terms of this MSA shall be binding upon the permitted successors and assigns of each party. Any attempted assignment or transfer in violation of the foregoing will be null and void.</w:t>
      </w:r>
    </w:p>
    <w:p w14:paraId="69624BEC" w14:textId="435756C1"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12.3 </w:t>
      </w:r>
      <w:r w:rsidRPr="00D82F3A">
        <w:rPr>
          <w:rFonts w:ascii="Arial" w:hAnsi="Arial" w:cs="Arial"/>
          <w:i/>
          <w:iCs/>
          <w:sz w:val="16"/>
          <w:szCs w:val="16"/>
        </w:rPr>
        <w:t>Severability</w:t>
      </w:r>
      <w:r w:rsidRPr="00D82F3A">
        <w:rPr>
          <w:rFonts w:ascii="Arial" w:hAnsi="Arial" w:cs="Arial"/>
          <w:sz w:val="16"/>
          <w:szCs w:val="16"/>
        </w:rPr>
        <w:t>. If any part of this MSA is held to be unenforceable, in whole or in part, such holding will not affect the validity of the other parts of this MSA.</w:t>
      </w:r>
    </w:p>
    <w:p w14:paraId="7B079A3C" w14:textId="43673DEE"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12.4 </w:t>
      </w:r>
      <w:r w:rsidRPr="00D82F3A">
        <w:rPr>
          <w:rFonts w:ascii="Arial" w:hAnsi="Arial" w:cs="Arial"/>
          <w:i/>
          <w:iCs/>
          <w:sz w:val="16"/>
          <w:szCs w:val="16"/>
        </w:rPr>
        <w:t>Waiver</w:t>
      </w:r>
      <w:r w:rsidRPr="00D82F3A">
        <w:rPr>
          <w:rFonts w:ascii="Arial" w:hAnsi="Arial" w:cs="Arial"/>
          <w:sz w:val="16"/>
          <w:szCs w:val="16"/>
        </w:rPr>
        <w:t>. Any failure by either party to detect, protest, or remedy any breach of this MSA will not constitute a waiver or impairment of any such term or condition, or the right of such party at any time to avail itself of such remedies as it may have for any breach or breaches of such term or condition. A waiver can only occur pursuant to the prior written express permission of an authorized officer of the other party.</w:t>
      </w:r>
    </w:p>
    <w:p w14:paraId="6DB4F983" w14:textId="346C0E8D"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12.5 </w:t>
      </w:r>
      <w:r w:rsidRPr="00D82F3A">
        <w:rPr>
          <w:rFonts w:ascii="Arial" w:hAnsi="Arial" w:cs="Arial"/>
          <w:i/>
          <w:iCs/>
          <w:sz w:val="16"/>
          <w:szCs w:val="16"/>
        </w:rPr>
        <w:t>Notices</w:t>
      </w:r>
      <w:r w:rsidRPr="00D82F3A">
        <w:rPr>
          <w:rFonts w:ascii="Arial" w:hAnsi="Arial" w:cs="Arial"/>
          <w:sz w:val="16"/>
          <w:szCs w:val="16"/>
        </w:rPr>
        <w:t>. All notices, instructions, requests and other communications required or permitted under this MSA shall be in writing and shall be delivered in person or sent by either commercial overnight courier or certified or registered mail, return receipt requested, or electronic transmission to either party at the respective addresses set forth on the applicable Order or to such other address as specified in writing by a party to the other party in accordance with the terms of this Section. All such notices, instructions, requests and other communications shall be deemed effective (</w:t>
      </w:r>
      <w:proofErr w:type="spellStart"/>
      <w:r w:rsidRPr="00D82F3A">
        <w:rPr>
          <w:rFonts w:ascii="Arial" w:hAnsi="Arial" w:cs="Arial"/>
          <w:sz w:val="16"/>
          <w:szCs w:val="16"/>
        </w:rPr>
        <w:t>i</w:t>
      </w:r>
      <w:proofErr w:type="spellEnd"/>
      <w:r w:rsidRPr="00D82F3A">
        <w:rPr>
          <w:rFonts w:ascii="Arial" w:hAnsi="Arial" w:cs="Arial"/>
          <w:sz w:val="16"/>
          <w:szCs w:val="16"/>
        </w:rPr>
        <w:t>) immediately if delivered in person; (ii) the next business day if delivered by commercial overnight courier; (iii) three business days after deposit with the United States Postal Service, postage prepaid, if delivered by certified or registered mail; or (iv) when delivered, if delivered by electronic transmission such as electronic mail.</w:t>
      </w:r>
    </w:p>
    <w:p w14:paraId="52D5113F" w14:textId="036B3889"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12.6 </w:t>
      </w:r>
      <w:proofErr w:type="gramStart"/>
      <w:r w:rsidRPr="00D82F3A">
        <w:rPr>
          <w:rFonts w:ascii="Arial" w:hAnsi="Arial" w:cs="Arial"/>
          <w:i/>
          <w:iCs/>
          <w:sz w:val="16"/>
          <w:szCs w:val="16"/>
        </w:rPr>
        <w:t>Open Source</w:t>
      </w:r>
      <w:proofErr w:type="gramEnd"/>
      <w:r w:rsidRPr="00D82F3A">
        <w:rPr>
          <w:rFonts w:ascii="Arial" w:hAnsi="Arial" w:cs="Arial"/>
          <w:i/>
          <w:iCs/>
          <w:sz w:val="16"/>
          <w:szCs w:val="16"/>
        </w:rPr>
        <w:t xml:space="preserve"> Software</w:t>
      </w:r>
      <w:r w:rsidRPr="00D82F3A">
        <w:rPr>
          <w:rFonts w:ascii="Arial" w:hAnsi="Arial" w:cs="Arial"/>
          <w:sz w:val="16"/>
          <w:szCs w:val="16"/>
        </w:rPr>
        <w:t xml:space="preserve">. The Software may contain </w:t>
      </w:r>
      <w:proofErr w:type="gramStart"/>
      <w:r w:rsidRPr="00D82F3A">
        <w:rPr>
          <w:rFonts w:ascii="Arial" w:hAnsi="Arial" w:cs="Arial"/>
          <w:sz w:val="16"/>
          <w:szCs w:val="16"/>
        </w:rPr>
        <w:t>open source</w:t>
      </w:r>
      <w:proofErr w:type="gramEnd"/>
      <w:r w:rsidRPr="00D82F3A">
        <w:rPr>
          <w:rFonts w:ascii="Arial" w:hAnsi="Arial" w:cs="Arial"/>
          <w:sz w:val="16"/>
          <w:szCs w:val="16"/>
        </w:rPr>
        <w:t xml:space="preserve"> software (“</w:t>
      </w:r>
      <w:r w:rsidRPr="00390F28">
        <w:rPr>
          <w:rFonts w:ascii="Arial" w:hAnsi="Arial" w:cs="Arial"/>
          <w:b/>
          <w:bCs/>
          <w:sz w:val="16"/>
          <w:szCs w:val="16"/>
        </w:rPr>
        <w:t>OSS</w:t>
      </w:r>
      <w:r w:rsidRPr="00D82F3A">
        <w:rPr>
          <w:rFonts w:ascii="Arial" w:hAnsi="Arial" w:cs="Arial"/>
          <w:sz w:val="16"/>
          <w:szCs w:val="16"/>
        </w:rPr>
        <w:t>”) licensed under such OSS’s applicable license terms and not this MSA.</w:t>
      </w:r>
    </w:p>
    <w:p w14:paraId="53038510" w14:textId="450273F1"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12.7 </w:t>
      </w:r>
      <w:r w:rsidRPr="00D82F3A">
        <w:rPr>
          <w:rFonts w:ascii="Arial" w:hAnsi="Arial" w:cs="Arial"/>
          <w:i/>
          <w:iCs/>
          <w:sz w:val="16"/>
          <w:szCs w:val="16"/>
        </w:rPr>
        <w:t>Export Restrictions</w:t>
      </w:r>
      <w:r w:rsidRPr="00D82F3A">
        <w:rPr>
          <w:rFonts w:ascii="Arial" w:hAnsi="Arial" w:cs="Arial"/>
          <w:sz w:val="16"/>
          <w:szCs w:val="16"/>
        </w:rPr>
        <w:t>. Export laws and regulations of the United States and any other applicable jurisdictions apply to the Software. Customer agrees that such applicable export control laws govern Customer’s use of the Software and agrees to comply with all such applicable export laws and regulations (including “deemed export” and “deemed re-export” regulations). Customer agrees that no data, information or Software will be exported, directly or indirectly, in violation of these laws, or will be used for any purpose prohibited by these laws, including nuclear, chemical, or biological weapons proliferation, or development of missile technology. Customer represents and warrants that Customer is not: (</w:t>
      </w:r>
      <w:proofErr w:type="spellStart"/>
      <w:r w:rsidRPr="00D82F3A">
        <w:rPr>
          <w:rFonts w:ascii="Arial" w:hAnsi="Arial" w:cs="Arial"/>
          <w:sz w:val="16"/>
          <w:szCs w:val="16"/>
        </w:rPr>
        <w:t>i</w:t>
      </w:r>
      <w:proofErr w:type="spellEnd"/>
      <w:r w:rsidRPr="00D82F3A">
        <w:rPr>
          <w:rFonts w:ascii="Arial" w:hAnsi="Arial" w:cs="Arial"/>
          <w:sz w:val="16"/>
          <w:szCs w:val="16"/>
        </w:rPr>
        <w:t>) located in a country that is subject to a U.S. Government embargo (e.g., an embargoed country as designated by the Office of Foreign Asset Control of the U.S. Treasury Department), or that has been designated by the U.S. Government as a “terrorist supporting” country; or (ii) listed on any U.S. Government list of prohibited or restricted parties (e.g., the prohibited persons list maintained by the Bureau of Industry and Security of the U.S. Department of Commerce).</w:t>
      </w:r>
    </w:p>
    <w:p w14:paraId="49149539" w14:textId="7F0E71DD"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12.8 </w:t>
      </w:r>
      <w:r w:rsidRPr="00D82F3A">
        <w:rPr>
          <w:rFonts w:ascii="Arial" w:hAnsi="Arial" w:cs="Arial"/>
          <w:i/>
          <w:iCs/>
          <w:sz w:val="16"/>
          <w:szCs w:val="16"/>
        </w:rPr>
        <w:t>Compliance with Laws</w:t>
      </w:r>
      <w:r w:rsidRPr="00D82F3A">
        <w:rPr>
          <w:rFonts w:ascii="Arial" w:hAnsi="Arial" w:cs="Arial"/>
          <w:sz w:val="16"/>
          <w:szCs w:val="16"/>
        </w:rPr>
        <w:t xml:space="preserve">. </w:t>
      </w:r>
      <w:proofErr w:type="gramStart"/>
      <w:r w:rsidRPr="00D82F3A">
        <w:rPr>
          <w:rFonts w:ascii="Arial" w:hAnsi="Arial" w:cs="Arial"/>
          <w:sz w:val="16"/>
          <w:szCs w:val="16"/>
        </w:rPr>
        <w:t>Customer</w:t>
      </w:r>
      <w:proofErr w:type="gramEnd"/>
      <w:r w:rsidRPr="00D82F3A">
        <w:rPr>
          <w:rFonts w:ascii="Arial" w:hAnsi="Arial" w:cs="Arial"/>
          <w:sz w:val="16"/>
          <w:szCs w:val="16"/>
        </w:rPr>
        <w:t xml:space="preserve"> shall comply with applicable federal, state, local laws, regulations and ordinances, and all other applicable laws and regulations in the performance of this MSA and use of any Subscription provided hereunder.</w:t>
      </w:r>
    </w:p>
    <w:p w14:paraId="35AD8074" w14:textId="56E14FAE"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12.9 </w:t>
      </w:r>
      <w:r w:rsidRPr="00D82F3A">
        <w:rPr>
          <w:rFonts w:ascii="Arial" w:hAnsi="Arial" w:cs="Arial"/>
          <w:i/>
          <w:iCs/>
          <w:sz w:val="16"/>
          <w:szCs w:val="16"/>
        </w:rPr>
        <w:t>Counterparts</w:t>
      </w:r>
      <w:r w:rsidRPr="00D82F3A">
        <w:rPr>
          <w:rFonts w:ascii="Arial" w:hAnsi="Arial" w:cs="Arial"/>
          <w:sz w:val="16"/>
          <w:szCs w:val="16"/>
        </w:rPr>
        <w:t xml:space="preserve">. This MSA and any Order, may be executed in multiple counterparts, each of which when so executed shall be deemed to be </w:t>
      </w:r>
      <w:proofErr w:type="gramStart"/>
      <w:r w:rsidRPr="00D82F3A">
        <w:rPr>
          <w:rFonts w:ascii="Arial" w:hAnsi="Arial" w:cs="Arial"/>
          <w:sz w:val="16"/>
          <w:szCs w:val="16"/>
        </w:rPr>
        <w:t>an original</w:t>
      </w:r>
      <w:proofErr w:type="gramEnd"/>
      <w:r w:rsidRPr="00D82F3A">
        <w:rPr>
          <w:rFonts w:ascii="Arial" w:hAnsi="Arial" w:cs="Arial"/>
          <w:sz w:val="16"/>
          <w:szCs w:val="16"/>
        </w:rPr>
        <w:t>, and all such counterparts shall, together, constitute one instrument. Signatures to this MSA or any Order may be exchanged by facsimile, portable document format or other similar electronic format, and all signatures exchanged in such manner shall constitute and be deemed original signatures.</w:t>
      </w:r>
    </w:p>
    <w:p w14:paraId="5C25A653" w14:textId="285B63E3"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12.10 </w:t>
      </w:r>
      <w:r w:rsidRPr="00D82F3A">
        <w:rPr>
          <w:rFonts w:ascii="Arial" w:hAnsi="Arial" w:cs="Arial"/>
          <w:i/>
          <w:iCs/>
          <w:sz w:val="16"/>
          <w:szCs w:val="16"/>
        </w:rPr>
        <w:t>Governing Law</w:t>
      </w:r>
      <w:r w:rsidRPr="00D82F3A">
        <w:rPr>
          <w:rFonts w:ascii="Arial" w:hAnsi="Arial" w:cs="Arial"/>
          <w:sz w:val="16"/>
          <w:szCs w:val="16"/>
        </w:rPr>
        <w:t xml:space="preserve">. This MSA shall be governed by the laws of the State of Delaware, which governing law shall control without giving effect to conflict of law principles and excluding the U.N. Convention on Contracts for the International Sale of Goods, even </w:t>
      </w:r>
      <w:proofErr w:type="gramStart"/>
      <w:r w:rsidRPr="00D82F3A">
        <w:rPr>
          <w:rFonts w:ascii="Arial" w:hAnsi="Arial" w:cs="Arial"/>
          <w:sz w:val="16"/>
          <w:szCs w:val="16"/>
        </w:rPr>
        <w:t>where</w:t>
      </w:r>
      <w:proofErr w:type="gramEnd"/>
      <w:r w:rsidRPr="00D82F3A">
        <w:rPr>
          <w:rFonts w:ascii="Arial" w:hAnsi="Arial" w:cs="Arial"/>
          <w:sz w:val="16"/>
          <w:szCs w:val="16"/>
        </w:rPr>
        <w:t xml:space="preserve"> adopted as a part of the domestic law of the country whose law governs this MSA. Any suit or proceeding relating to this MSA shall be brought exclusively before the state or federal courts located in the State of Delaware.</w:t>
      </w:r>
    </w:p>
    <w:p w14:paraId="2B6AA33B" w14:textId="77777777"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lastRenderedPageBreak/>
        <w:t>Any disputes arising in countries not recognizing or not executing court verdicts from the jurisdiction Digital.ai set forth in this Section shall be finally settled under the Rules of Arbitration of the International Chamber of Commerce (“</w:t>
      </w:r>
      <w:r w:rsidRPr="00390F28">
        <w:rPr>
          <w:rFonts w:ascii="Arial" w:hAnsi="Arial" w:cs="Arial"/>
          <w:b/>
          <w:bCs/>
          <w:sz w:val="16"/>
          <w:szCs w:val="16"/>
        </w:rPr>
        <w:t>ICC</w:t>
      </w:r>
      <w:r w:rsidRPr="00D82F3A">
        <w:rPr>
          <w:rFonts w:ascii="Arial" w:hAnsi="Arial" w:cs="Arial"/>
          <w:sz w:val="16"/>
          <w:szCs w:val="16"/>
        </w:rPr>
        <w:t>”). Such disputes or claims shall be settled by simplified arbitration arranged by ICC in accordance with the rules of arbitration procedure adopted by ICC and in force at the time when such proceedings are commenced. Arbitration shall be conducted in the State of Delaware before one arbitrator is appointed in accordance with the ICC Rules. All arbitration shall be conducted in English. The award rendered thereon by the arbitrator shall be final and binding on the parties thereto, and judgement thereon shall be confidential and may be entered in any court of competent jurisdiction. Nothing in this section shall prevent either party from applying to a court of competent jurisdiction for equitable or injunctive relief. Customer may only resolve disputes with Digital.ai on an individual basis and Customer agrees not to bring or participate in any class, consolidated, or representative action against Digital.ai or its Affiliates or any of their employees.</w:t>
      </w:r>
    </w:p>
    <w:p w14:paraId="3504E98C" w14:textId="4E54E953"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12.11 </w:t>
      </w:r>
      <w:r w:rsidRPr="00D82F3A">
        <w:rPr>
          <w:rFonts w:ascii="Arial" w:hAnsi="Arial" w:cs="Arial"/>
          <w:i/>
          <w:iCs/>
          <w:sz w:val="16"/>
          <w:szCs w:val="16"/>
        </w:rPr>
        <w:t>Third Party Offerings</w:t>
      </w:r>
      <w:r w:rsidRPr="00D82F3A">
        <w:rPr>
          <w:rFonts w:ascii="Arial" w:hAnsi="Arial" w:cs="Arial"/>
          <w:sz w:val="16"/>
          <w:szCs w:val="16"/>
        </w:rPr>
        <w:t>. Customer is responsible for complying with any applicable terms and conditions of any third-party data, products, services, and platforms used by Customer in conjunction with the Software or Customer’s Subscription (“</w:t>
      </w:r>
      <w:r w:rsidRPr="00390F28">
        <w:rPr>
          <w:rFonts w:ascii="Arial" w:hAnsi="Arial" w:cs="Arial"/>
          <w:b/>
          <w:bCs/>
          <w:sz w:val="16"/>
          <w:szCs w:val="16"/>
        </w:rPr>
        <w:t>Third Party Offerings</w:t>
      </w:r>
      <w:r w:rsidRPr="00D82F3A">
        <w:rPr>
          <w:rFonts w:ascii="Arial" w:hAnsi="Arial" w:cs="Arial"/>
          <w:sz w:val="16"/>
          <w:szCs w:val="16"/>
        </w:rPr>
        <w:t>”). Digital.ai makes no representations or warranties regarding such Third-Party Offerings.</w:t>
      </w:r>
    </w:p>
    <w:p w14:paraId="188074E8" w14:textId="2AD12004"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12.12 </w:t>
      </w:r>
      <w:r w:rsidRPr="00D82F3A">
        <w:rPr>
          <w:rFonts w:ascii="Arial" w:hAnsi="Arial" w:cs="Arial"/>
          <w:i/>
          <w:iCs/>
          <w:sz w:val="16"/>
          <w:szCs w:val="16"/>
        </w:rPr>
        <w:t>Interpretation</w:t>
      </w:r>
      <w:r w:rsidRPr="00D82F3A">
        <w:rPr>
          <w:rFonts w:ascii="Arial" w:hAnsi="Arial" w:cs="Arial"/>
          <w:sz w:val="16"/>
          <w:szCs w:val="16"/>
        </w:rPr>
        <w:t>. The following rules of interpretation must be applied in interpreting this MSA: (</w:t>
      </w:r>
      <w:proofErr w:type="spellStart"/>
      <w:r w:rsidRPr="00D82F3A">
        <w:rPr>
          <w:rFonts w:ascii="Arial" w:hAnsi="Arial" w:cs="Arial"/>
          <w:sz w:val="16"/>
          <w:szCs w:val="16"/>
        </w:rPr>
        <w:t>i</w:t>
      </w:r>
      <w:proofErr w:type="spellEnd"/>
      <w:r w:rsidRPr="00D82F3A">
        <w:rPr>
          <w:rFonts w:ascii="Arial" w:hAnsi="Arial" w:cs="Arial"/>
          <w:sz w:val="16"/>
          <w:szCs w:val="16"/>
        </w:rPr>
        <w:t>) the section and subsection headings used in this MSA are for reference and convenience only, and will not enter into the interpretation of this MSA, (ii) all references to Sections are to the Sections in this MSA or, as applicable, an attachment to this MSA, and (iii) as used in this MSA, the term “including” will always be deemed to mean “including without limitation”.</w:t>
      </w:r>
    </w:p>
    <w:p w14:paraId="1311A1FB" w14:textId="0A24BBB8"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12.13 </w:t>
      </w:r>
      <w:r w:rsidRPr="00D82F3A">
        <w:rPr>
          <w:rFonts w:ascii="Arial" w:hAnsi="Arial" w:cs="Arial"/>
          <w:i/>
          <w:iCs/>
          <w:sz w:val="16"/>
          <w:szCs w:val="16"/>
        </w:rPr>
        <w:t>Publicity</w:t>
      </w:r>
      <w:r w:rsidRPr="00D82F3A">
        <w:rPr>
          <w:rFonts w:ascii="Arial" w:hAnsi="Arial" w:cs="Arial"/>
          <w:sz w:val="16"/>
          <w:szCs w:val="16"/>
        </w:rPr>
        <w:t>. Digital.ai may use Customer’s name and may disclose that Customer is a licensee of the Software in Digital.ai advertising, press, promotion and similar public disclosures with respect to the Software and Professional Services; provided, however, that such advertising, promotions or similar public disclosures shall not indicate that Customer in any way endorses any Software, without prior written permission from Customer.</w:t>
      </w:r>
    </w:p>
    <w:p w14:paraId="267FC86B" w14:textId="462E78D2"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12.14 </w:t>
      </w:r>
      <w:r w:rsidRPr="00D82F3A">
        <w:rPr>
          <w:rFonts w:ascii="Arial" w:hAnsi="Arial" w:cs="Arial"/>
          <w:i/>
          <w:iCs/>
          <w:sz w:val="16"/>
          <w:szCs w:val="16"/>
        </w:rPr>
        <w:t>Independent Contractors</w:t>
      </w:r>
      <w:r w:rsidRPr="00D82F3A">
        <w:rPr>
          <w:rFonts w:ascii="Arial" w:hAnsi="Arial" w:cs="Arial"/>
          <w:sz w:val="16"/>
          <w:szCs w:val="16"/>
        </w:rPr>
        <w:t>. In the performance of this MSA, each party is an independent contractor, and the employees, officers and agents of one party will act only in the capacity of representatives of that party and not as employees, officers or agents of the other party.</w:t>
      </w:r>
    </w:p>
    <w:p w14:paraId="0F38671F" w14:textId="7D7E22B6"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12.15 </w:t>
      </w:r>
      <w:r w:rsidRPr="00D82F3A">
        <w:rPr>
          <w:rFonts w:ascii="Arial" w:hAnsi="Arial" w:cs="Arial"/>
          <w:i/>
          <w:iCs/>
          <w:sz w:val="16"/>
          <w:szCs w:val="16"/>
        </w:rPr>
        <w:t>Notice for California Users</w:t>
      </w:r>
      <w:r w:rsidRPr="00D82F3A">
        <w:rPr>
          <w:rFonts w:ascii="Arial" w:hAnsi="Arial" w:cs="Arial"/>
          <w:sz w:val="16"/>
          <w:szCs w:val="16"/>
        </w:rPr>
        <w:t>. Under California Civil Code Section 1789.3, users of the Software and other Digital.ai solutions from California are entitled to the following specific consumer rights notice: The Complaint Assistance Unit of the Division of Consumer Services of the California Department of Consumer Affairs may be contacted in writing at 1625 North Market Blvd., Suite N 112, Sacramento, CA 95834, or by telephone at (916) 445-1254 or (800) 952-5210.</w:t>
      </w:r>
    </w:p>
    <w:p w14:paraId="01D8D739" w14:textId="1E799224"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12.16 </w:t>
      </w:r>
      <w:r w:rsidRPr="00D82F3A">
        <w:rPr>
          <w:rFonts w:ascii="Arial" w:hAnsi="Arial" w:cs="Arial"/>
          <w:i/>
          <w:iCs/>
          <w:sz w:val="16"/>
          <w:szCs w:val="16"/>
        </w:rPr>
        <w:t>Privacy and Data Protection Agreement</w:t>
      </w:r>
      <w:r w:rsidRPr="00D82F3A">
        <w:rPr>
          <w:rFonts w:ascii="Arial" w:hAnsi="Arial" w:cs="Arial"/>
          <w:sz w:val="16"/>
          <w:szCs w:val="16"/>
        </w:rPr>
        <w:t xml:space="preserve">. Digital.ai will process Personal Data in accordance with, and for the purposes defined in, </w:t>
      </w:r>
      <w:proofErr w:type="spellStart"/>
      <w:r w:rsidRPr="00D82F3A">
        <w:rPr>
          <w:rFonts w:ascii="Arial" w:hAnsi="Arial" w:cs="Arial"/>
          <w:sz w:val="16"/>
          <w:szCs w:val="16"/>
        </w:rPr>
        <w:t>Digital.ai’s</w:t>
      </w:r>
      <w:proofErr w:type="spellEnd"/>
      <w:r w:rsidRPr="00D82F3A">
        <w:rPr>
          <w:rFonts w:ascii="Arial" w:hAnsi="Arial" w:cs="Arial"/>
          <w:sz w:val="16"/>
          <w:szCs w:val="16"/>
        </w:rPr>
        <w:t xml:space="preserve"> Privacy Policy available at </w:t>
      </w:r>
      <w:hyperlink r:id="rId12" w:history="1">
        <w:r w:rsidR="00D82F3A" w:rsidRPr="00974ACB">
          <w:rPr>
            <w:rStyle w:val="Hyperlink"/>
            <w:rFonts w:ascii="Arial" w:hAnsi="Arial" w:cs="Arial"/>
            <w:sz w:val="16"/>
            <w:szCs w:val="16"/>
          </w:rPr>
          <w:t>https://digital.ai/privacy-policy</w:t>
        </w:r>
      </w:hyperlink>
      <w:r w:rsidR="00D82F3A">
        <w:rPr>
          <w:rFonts w:ascii="Arial" w:hAnsi="Arial" w:cs="Arial"/>
          <w:sz w:val="16"/>
          <w:szCs w:val="16"/>
        </w:rPr>
        <w:t xml:space="preserve">. </w:t>
      </w:r>
      <w:r w:rsidRPr="00D82F3A">
        <w:rPr>
          <w:rFonts w:ascii="Arial" w:hAnsi="Arial" w:cs="Arial"/>
          <w:sz w:val="16"/>
          <w:szCs w:val="16"/>
        </w:rPr>
        <w:t xml:space="preserve"> The parties agree that the Data Protection Agreement (“</w:t>
      </w:r>
      <w:r w:rsidRPr="00D82F3A">
        <w:rPr>
          <w:rFonts w:ascii="Arial" w:hAnsi="Arial" w:cs="Arial"/>
          <w:b/>
          <w:bCs/>
          <w:sz w:val="16"/>
          <w:szCs w:val="16"/>
        </w:rPr>
        <w:t>DPA</w:t>
      </w:r>
      <w:r w:rsidRPr="00D82F3A">
        <w:rPr>
          <w:rFonts w:ascii="Arial" w:hAnsi="Arial" w:cs="Arial"/>
          <w:sz w:val="16"/>
          <w:szCs w:val="16"/>
        </w:rPr>
        <w:t xml:space="preserve">”), located at </w:t>
      </w:r>
      <w:hyperlink r:id="rId13" w:history="1">
        <w:r w:rsidR="00D82F3A" w:rsidRPr="00974ACB">
          <w:rPr>
            <w:rStyle w:val="Hyperlink"/>
            <w:rFonts w:ascii="Arial" w:hAnsi="Arial" w:cs="Arial"/>
            <w:sz w:val="16"/>
            <w:szCs w:val="16"/>
          </w:rPr>
          <w:t>https://digital.ai/data-processing-addendum</w:t>
        </w:r>
      </w:hyperlink>
      <w:r w:rsidR="00D82F3A">
        <w:rPr>
          <w:rFonts w:ascii="Arial" w:hAnsi="Arial" w:cs="Arial"/>
          <w:sz w:val="16"/>
          <w:szCs w:val="16"/>
        </w:rPr>
        <w:t>,</w:t>
      </w:r>
      <w:r w:rsidRPr="00D82F3A">
        <w:rPr>
          <w:rFonts w:ascii="Arial" w:hAnsi="Arial" w:cs="Arial"/>
          <w:sz w:val="16"/>
          <w:szCs w:val="16"/>
        </w:rPr>
        <w:t xml:space="preserve"> sets forth their obligations with respect to the processing and security of Personal Data, as such term is defined in the DPA.</w:t>
      </w:r>
    </w:p>
    <w:p w14:paraId="76C559B4" w14:textId="5FD36422"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12.17 </w:t>
      </w:r>
      <w:r w:rsidRPr="00D82F3A">
        <w:rPr>
          <w:rFonts w:ascii="Arial" w:hAnsi="Arial" w:cs="Arial"/>
          <w:i/>
          <w:iCs/>
          <w:sz w:val="16"/>
          <w:szCs w:val="16"/>
        </w:rPr>
        <w:t>Security Emergencies</w:t>
      </w:r>
      <w:r w:rsidRPr="00D82F3A">
        <w:rPr>
          <w:rFonts w:ascii="Arial" w:hAnsi="Arial" w:cs="Arial"/>
          <w:sz w:val="16"/>
          <w:szCs w:val="16"/>
        </w:rPr>
        <w:t>. If Digital.ai reasonably determines that the security of its Software, Redistributable Components or infrastructure may be compromised due to hacking attempts, denial of service attacks, or other malicious activities, then, notwithstanding anything to the contrary, Digital.ai may, without liability to Customer, temporarily suspend the Software, Redistributable Components and/or related services and Digital.ai will take action to promptly resolve such security issues.</w:t>
      </w:r>
    </w:p>
    <w:p w14:paraId="0C0F50D9" w14:textId="7D7F73F8" w:rsidR="00A045C6" w:rsidRPr="00D82F3A" w:rsidRDefault="00FD5D0E" w:rsidP="18354CF1">
      <w:pPr>
        <w:spacing w:after="120"/>
        <w:jc w:val="both"/>
        <w:rPr>
          <w:rFonts w:ascii="Arial" w:hAnsi="Arial" w:cs="Arial"/>
          <w:sz w:val="16"/>
          <w:szCs w:val="16"/>
        </w:rPr>
      </w:pPr>
      <w:r w:rsidRPr="00D82F3A">
        <w:rPr>
          <w:rFonts w:ascii="Arial" w:hAnsi="Arial" w:cs="Arial"/>
          <w:sz w:val="16"/>
          <w:szCs w:val="16"/>
        </w:rPr>
        <w:t xml:space="preserve">12.18 </w:t>
      </w:r>
      <w:r w:rsidRPr="00D82F3A">
        <w:rPr>
          <w:rFonts w:ascii="Arial" w:hAnsi="Arial" w:cs="Arial"/>
          <w:i/>
          <w:iCs/>
          <w:sz w:val="16"/>
          <w:szCs w:val="16"/>
        </w:rPr>
        <w:t>Order of Precedence</w:t>
      </w:r>
      <w:r w:rsidRPr="00D82F3A">
        <w:rPr>
          <w:rFonts w:ascii="Arial" w:hAnsi="Arial" w:cs="Arial"/>
          <w:sz w:val="16"/>
          <w:szCs w:val="16"/>
        </w:rPr>
        <w:t>. Any conflict or inconsistency among or between the terms and conditions of the documents comprising the agreement shall be resolved according to the following order of precedence: (</w:t>
      </w:r>
      <w:proofErr w:type="spellStart"/>
      <w:r w:rsidRPr="00D82F3A">
        <w:rPr>
          <w:rFonts w:ascii="Arial" w:hAnsi="Arial" w:cs="Arial"/>
          <w:sz w:val="16"/>
          <w:szCs w:val="16"/>
        </w:rPr>
        <w:t>i</w:t>
      </w:r>
      <w:proofErr w:type="spellEnd"/>
      <w:r w:rsidRPr="00D82F3A">
        <w:rPr>
          <w:rFonts w:ascii="Arial" w:hAnsi="Arial" w:cs="Arial"/>
          <w:sz w:val="16"/>
          <w:szCs w:val="16"/>
        </w:rPr>
        <w:t>) a valid and binding Order Form, (ii) this MSA, or (iii) the DPA if applicable, but only for the specific Software described in the applicable Order.</w:t>
      </w:r>
    </w:p>
    <w:p w14:paraId="44ACBDB4" w14:textId="77777777" w:rsidR="00992120" w:rsidRDefault="00FD5D0E" w:rsidP="00992120">
      <w:pPr>
        <w:spacing w:after="120"/>
        <w:jc w:val="both"/>
        <w:rPr>
          <w:rFonts w:ascii="Arial" w:hAnsi="Arial" w:cs="Arial"/>
          <w:sz w:val="16"/>
          <w:szCs w:val="16"/>
        </w:rPr>
      </w:pPr>
      <w:r w:rsidRPr="00D82F3A">
        <w:rPr>
          <w:rFonts w:ascii="Arial" w:hAnsi="Arial" w:cs="Arial"/>
          <w:sz w:val="16"/>
          <w:szCs w:val="16"/>
        </w:rPr>
        <w:t xml:space="preserve">12.19 </w:t>
      </w:r>
      <w:r w:rsidRPr="00D82F3A">
        <w:rPr>
          <w:rFonts w:ascii="Arial" w:hAnsi="Arial" w:cs="Arial"/>
          <w:i/>
          <w:iCs/>
          <w:sz w:val="16"/>
          <w:szCs w:val="16"/>
        </w:rPr>
        <w:t>Entire Agreement</w:t>
      </w:r>
      <w:r w:rsidRPr="00D82F3A">
        <w:rPr>
          <w:rFonts w:ascii="Arial" w:hAnsi="Arial" w:cs="Arial"/>
          <w:sz w:val="16"/>
          <w:szCs w:val="16"/>
        </w:rPr>
        <w:t>. This MSA, together with its incorporated exhibits, schedules, attachments, addenda, and the applicable Order(s) constitutes the entire agreement and understanding of the parties regarding the subject matter thereof and supersedes all prior and contemporaneous oral and written agreements, proposals or representations concerning such subject matter.</w:t>
      </w:r>
    </w:p>
    <w:p w14:paraId="1FCF9642" w14:textId="3AF9AAC8" w:rsidR="00801CEA" w:rsidRPr="00801CEA" w:rsidRDefault="00801CEA" w:rsidP="00801CEA">
      <w:pPr>
        <w:spacing w:after="120"/>
        <w:ind w:left="720"/>
        <w:jc w:val="both"/>
        <w:rPr>
          <w:rFonts w:ascii="Arial" w:hAnsi="Arial" w:cs="Arial"/>
          <w:i/>
          <w:iCs/>
          <w:sz w:val="16"/>
          <w:szCs w:val="16"/>
        </w:rPr>
      </w:pPr>
      <w:r w:rsidRPr="00801CEA">
        <w:rPr>
          <w:rFonts w:ascii="Arial" w:hAnsi="Arial" w:cs="Arial"/>
          <w:i/>
          <w:iCs/>
          <w:sz w:val="16"/>
          <w:szCs w:val="16"/>
        </w:rPr>
        <w:t>Last Updated: May 2026</w:t>
      </w:r>
    </w:p>
    <w:p w14:paraId="59E8BF82" w14:textId="77777777" w:rsidR="00992120" w:rsidRDefault="00992120" w:rsidP="00992120">
      <w:pPr>
        <w:spacing w:after="120"/>
        <w:jc w:val="both"/>
        <w:rPr>
          <w:rFonts w:ascii="Arial" w:hAnsi="Arial" w:cs="Arial"/>
          <w:sz w:val="16"/>
          <w:szCs w:val="16"/>
        </w:rPr>
      </w:pPr>
    </w:p>
    <w:p w14:paraId="7DA97629" w14:textId="77777777" w:rsidR="00992120" w:rsidRDefault="00992120" w:rsidP="00992120">
      <w:bookmarkStart w:id="0" w:name="last_page"/>
      <w:bookmarkEnd w:id="0"/>
    </w:p>
    <w:p w14:paraId="25FA5B3D" w14:textId="00498D93" w:rsidR="00A045C6" w:rsidRPr="00D82F3A" w:rsidRDefault="00A045C6" w:rsidP="18354CF1">
      <w:pPr>
        <w:spacing w:after="120"/>
        <w:jc w:val="both"/>
        <w:rPr>
          <w:rFonts w:ascii="Arial" w:hAnsi="Arial" w:cs="Arial"/>
          <w:sz w:val="16"/>
          <w:szCs w:val="16"/>
        </w:rPr>
      </w:pPr>
    </w:p>
    <w:sectPr w:rsidR="00A045C6" w:rsidRPr="00D82F3A" w:rsidSect="00DF1538">
      <w:headerReference w:type="default" r:id="rId14"/>
      <w:footerReference w:type="default" r:id="rId15"/>
      <w:pgSz w:w="12240" w:h="15840"/>
      <w:pgMar w:top="144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36488" w14:textId="77777777" w:rsidR="005472D6" w:rsidRDefault="005472D6" w:rsidP="00101192">
      <w:pPr>
        <w:spacing w:after="0" w:line="240" w:lineRule="auto"/>
      </w:pPr>
      <w:r>
        <w:separator/>
      </w:r>
    </w:p>
  </w:endnote>
  <w:endnote w:type="continuationSeparator" w:id="0">
    <w:p w14:paraId="494BED14" w14:textId="77777777" w:rsidR="005472D6" w:rsidRDefault="005472D6" w:rsidP="00101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A073" w14:textId="77777777" w:rsidR="00B50032" w:rsidRDefault="00B50032">
    <w:pPr>
      <w:pStyle w:val="Footer"/>
      <w:jc w:val="right"/>
    </w:pPr>
  </w:p>
  <w:sdt>
    <w:sdtPr>
      <w:id w:val="2071693497"/>
      <w:docPartObj>
        <w:docPartGallery w:val="Page Numbers (Bottom of Page)"/>
        <w:docPartUnique/>
      </w:docPartObj>
    </w:sdtPr>
    <w:sdtEndPr>
      <w:rPr>
        <w:rFonts w:ascii="Arial" w:hAnsi="Arial" w:cs="Arial"/>
        <w:noProof/>
        <w:sz w:val="16"/>
        <w:szCs w:val="16"/>
      </w:rPr>
    </w:sdtEndPr>
    <w:sdtContent>
      <w:p w14:paraId="79D509AE" w14:textId="157A1D59" w:rsidR="00B50032" w:rsidRPr="00B50032" w:rsidRDefault="00B50032">
        <w:pPr>
          <w:pStyle w:val="Footer"/>
          <w:jc w:val="right"/>
          <w:rPr>
            <w:rFonts w:ascii="Arial" w:hAnsi="Arial" w:cs="Arial"/>
            <w:sz w:val="16"/>
            <w:szCs w:val="16"/>
          </w:rPr>
        </w:pPr>
        <w:r w:rsidRPr="00B50032">
          <w:rPr>
            <w:rFonts w:ascii="Arial" w:hAnsi="Arial" w:cs="Arial"/>
            <w:sz w:val="16"/>
            <w:szCs w:val="16"/>
          </w:rPr>
          <w:fldChar w:fldCharType="begin"/>
        </w:r>
        <w:r w:rsidRPr="00B50032">
          <w:rPr>
            <w:rFonts w:ascii="Arial" w:hAnsi="Arial" w:cs="Arial"/>
            <w:sz w:val="16"/>
            <w:szCs w:val="16"/>
          </w:rPr>
          <w:instrText xml:space="preserve"> PAGE   \* MERGEFORMAT </w:instrText>
        </w:r>
        <w:r w:rsidRPr="00B50032">
          <w:rPr>
            <w:rFonts w:ascii="Arial" w:hAnsi="Arial" w:cs="Arial"/>
            <w:sz w:val="16"/>
            <w:szCs w:val="16"/>
          </w:rPr>
          <w:fldChar w:fldCharType="separate"/>
        </w:r>
        <w:r w:rsidRPr="00B50032">
          <w:rPr>
            <w:rFonts w:ascii="Arial" w:hAnsi="Arial" w:cs="Arial"/>
            <w:noProof/>
            <w:sz w:val="16"/>
            <w:szCs w:val="16"/>
          </w:rPr>
          <w:t>2</w:t>
        </w:r>
        <w:r w:rsidRPr="00B50032">
          <w:rPr>
            <w:rFonts w:ascii="Arial" w:hAnsi="Arial" w:cs="Arial"/>
            <w:noProof/>
            <w:sz w:val="16"/>
            <w:szCs w:val="16"/>
          </w:rPr>
          <w:fldChar w:fldCharType="end"/>
        </w:r>
      </w:p>
    </w:sdtContent>
  </w:sdt>
  <w:p w14:paraId="383FD3B6" w14:textId="77777777" w:rsidR="00B50032" w:rsidRPr="00505EB8" w:rsidRDefault="00B50032" w:rsidP="00B50032">
    <w:pPr>
      <w:pStyle w:val="Footer"/>
      <w:ind w:right="360"/>
      <w:rPr>
        <w:rFonts w:ascii="Arial" w:hAnsi="Arial" w:cs="Arial"/>
        <w:sz w:val="16"/>
        <w:szCs w:val="14"/>
      </w:rPr>
    </w:pPr>
    <w:r>
      <w:rPr>
        <w:rFonts w:ascii="Arial" w:hAnsi="Arial" w:cs="Arial"/>
        <w:sz w:val="16"/>
        <w:szCs w:val="14"/>
      </w:rPr>
      <w:t xml:space="preserve">Digital.ai Software </w:t>
    </w:r>
    <w:r w:rsidRPr="00505EB8">
      <w:rPr>
        <w:rFonts w:ascii="Arial" w:hAnsi="Arial" w:cs="Arial"/>
        <w:sz w:val="16"/>
        <w:szCs w:val="14"/>
      </w:rPr>
      <w:t>Master Subscription Agreement</w:t>
    </w:r>
  </w:p>
  <w:p w14:paraId="03A9B08F" w14:textId="27708D01" w:rsidR="00B50032" w:rsidRPr="00505EB8" w:rsidRDefault="00BD1E2F" w:rsidP="00B50032">
    <w:pPr>
      <w:pStyle w:val="Footer"/>
      <w:rPr>
        <w:rFonts w:ascii="Arial" w:hAnsi="Arial" w:cs="Arial"/>
        <w:sz w:val="16"/>
        <w:szCs w:val="14"/>
      </w:rPr>
    </w:pPr>
    <w:r>
      <w:rPr>
        <w:rFonts w:ascii="Arial" w:hAnsi="Arial" w:cs="Arial"/>
        <w:sz w:val="16"/>
        <w:szCs w:val="14"/>
      </w:rPr>
      <w:t xml:space="preserve">Last Updated </w:t>
    </w:r>
    <w:r w:rsidR="00B50032">
      <w:rPr>
        <w:rFonts w:ascii="Arial" w:hAnsi="Arial" w:cs="Arial"/>
        <w:sz w:val="16"/>
        <w:szCs w:val="14"/>
      </w:rPr>
      <w:t>May 2026</w:t>
    </w:r>
  </w:p>
  <w:p w14:paraId="5EEAF655" w14:textId="27F7E860" w:rsidR="00242876" w:rsidRPr="00B50032" w:rsidRDefault="00242876">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8ABDB" w14:textId="77777777" w:rsidR="005472D6" w:rsidRDefault="005472D6" w:rsidP="00101192">
      <w:pPr>
        <w:spacing w:after="0" w:line="240" w:lineRule="auto"/>
      </w:pPr>
      <w:r>
        <w:separator/>
      </w:r>
    </w:p>
  </w:footnote>
  <w:footnote w:type="continuationSeparator" w:id="0">
    <w:p w14:paraId="7437799F" w14:textId="77777777" w:rsidR="005472D6" w:rsidRDefault="005472D6" w:rsidP="00101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990C" w14:textId="7612262A" w:rsidR="00101192" w:rsidRDefault="00101192" w:rsidP="00101192">
    <w:pPr>
      <w:pStyle w:val="Header"/>
      <w:jc w:val="right"/>
    </w:pPr>
    <w:r>
      <w:rPr>
        <w:noProof/>
      </w:rPr>
      <w:drawing>
        <wp:inline distT="0" distB="0" distL="0" distR="0" wp14:anchorId="7055E029" wp14:editId="29856CD2">
          <wp:extent cx="1810827" cy="581025"/>
          <wp:effectExtent l="0" t="0" r="0" b="0"/>
          <wp:docPr id="2" name="Picture 2" descr="https://digital.ai/themes/custom/maintenance/assets/img/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10827" cy="581025"/>
                  </a:xfrm>
                  <a:prstGeom prst="rect">
                    <a:avLst/>
                  </a:prstGeom>
                </pic:spPr>
              </pic:pic>
            </a:graphicData>
          </a:graphic>
        </wp:inline>
      </w:drawing>
    </w:r>
  </w:p>
  <w:p w14:paraId="48FAADEA" w14:textId="77777777" w:rsidR="00101192" w:rsidRDefault="001011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962013">
    <w:abstractNumId w:val="0"/>
  </w:num>
  <w:num w:numId="2" w16cid:durableId="123935198">
    <w:abstractNumId w:val="7"/>
  </w:num>
  <w:num w:numId="3" w16cid:durableId="1305238143">
    <w:abstractNumId w:val="4"/>
  </w:num>
  <w:num w:numId="4" w16cid:durableId="1452435397">
    <w:abstractNumId w:val="1"/>
  </w:num>
  <w:num w:numId="5" w16cid:durableId="1651204954">
    <w:abstractNumId w:val="5"/>
  </w:num>
  <w:num w:numId="6" w16cid:durableId="1709262467">
    <w:abstractNumId w:val="2"/>
  </w:num>
  <w:num w:numId="7" w16cid:durableId="203030830">
    <w:abstractNumId w:val="3"/>
  </w:num>
  <w:num w:numId="8" w16cid:durableId="401829326">
    <w:abstractNumId w:val="8"/>
  </w:num>
  <w:num w:numId="9" w16cid:durableId="9683225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7A6"/>
    <w:rsid w:val="00016AE1"/>
    <w:rsid w:val="00034616"/>
    <w:rsid w:val="000466F1"/>
    <w:rsid w:val="00050735"/>
    <w:rsid w:val="000515B8"/>
    <w:rsid w:val="00052494"/>
    <w:rsid w:val="0006063C"/>
    <w:rsid w:val="000956A5"/>
    <w:rsid w:val="000A0853"/>
    <w:rsid w:val="000C122D"/>
    <w:rsid w:val="000D78C7"/>
    <w:rsid w:val="000D79A6"/>
    <w:rsid w:val="000E6EFB"/>
    <w:rsid w:val="000F23F2"/>
    <w:rsid w:val="00101192"/>
    <w:rsid w:val="00114D5A"/>
    <w:rsid w:val="0011655A"/>
    <w:rsid w:val="00121FB8"/>
    <w:rsid w:val="00126136"/>
    <w:rsid w:val="00127AE1"/>
    <w:rsid w:val="00127E4E"/>
    <w:rsid w:val="00131541"/>
    <w:rsid w:val="0015074B"/>
    <w:rsid w:val="001658E7"/>
    <w:rsid w:val="00183F17"/>
    <w:rsid w:val="00194A7F"/>
    <w:rsid w:val="001A73CD"/>
    <w:rsid w:val="001B4886"/>
    <w:rsid w:val="001C2C98"/>
    <w:rsid w:val="001C31EE"/>
    <w:rsid w:val="001C417D"/>
    <w:rsid w:val="001E6BB0"/>
    <w:rsid w:val="001F08E2"/>
    <w:rsid w:val="001F0C5F"/>
    <w:rsid w:val="001F1FF4"/>
    <w:rsid w:val="00200A3F"/>
    <w:rsid w:val="00221973"/>
    <w:rsid w:val="002278DA"/>
    <w:rsid w:val="00235B3D"/>
    <w:rsid w:val="00242876"/>
    <w:rsid w:val="002435AE"/>
    <w:rsid w:val="00272CBF"/>
    <w:rsid w:val="002804D9"/>
    <w:rsid w:val="00284C8F"/>
    <w:rsid w:val="0029639D"/>
    <w:rsid w:val="002B55F0"/>
    <w:rsid w:val="002B5D78"/>
    <w:rsid w:val="002C34EC"/>
    <w:rsid w:val="002D463C"/>
    <w:rsid w:val="002F6A72"/>
    <w:rsid w:val="00306111"/>
    <w:rsid w:val="00314433"/>
    <w:rsid w:val="0032517E"/>
    <w:rsid w:val="003267E6"/>
    <w:rsid w:val="00326F90"/>
    <w:rsid w:val="00343D73"/>
    <w:rsid w:val="00351608"/>
    <w:rsid w:val="003530CB"/>
    <w:rsid w:val="00354F10"/>
    <w:rsid w:val="00357AD1"/>
    <w:rsid w:val="00363B94"/>
    <w:rsid w:val="00377BD9"/>
    <w:rsid w:val="00390F28"/>
    <w:rsid w:val="00397FE1"/>
    <w:rsid w:val="003A4371"/>
    <w:rsid w:val="003B4028"/>
    <w:rsid w:val="003B798C"/>
    <w:rsid w:val="003C0090"/>
    <w:rsid w:val="003C2517"/>
    <w:rsid w:val="003F5F68"/>
    <w:rsid w:val="00423493"/>
    <w:rsid w:val="004343EE"/>
    <w:rsid w:val="00434B8F"/>
    <w:rsid w:val="00440425"/>
    <w:rsid w:val="00440D69"/>
    <w:rsid w:val="0045275A"/>
    <w:rsid w:val="00494912"/>
    <w:rsid w:val="004B33B1"/>
    <w:rsid w:val="004B4A2B"/>
    <w:rsid w:val="004B60AA"/>
    <w:rsid w:val="004B6B50"/>
    <w:rsid w:val="004F571C"/>
    <w:rsid w:val="004F6E7F"/>
    <w:rsid w:val="00534A7E"/>
    <w:rsid w:val="00546B5C"/>
    <w:rsid w:val="005472D6"/>
    <w:rsid w:val="005754C0"/>
    <w:rsid w:val="005877D9"/>
    <w:rsid w:val="005B0E54"/>
    <w:rsid w:val="005B3357"/>
    <w:rsid w:val="005B62A4"/>
    <w:rsid w:val="005C3872"/>
    <w:rsid w:val="005E1287"/>
    <w:rsid w:val="005E5F4B"/>
    <w:rsid w:val="005F1D67"/>
    <w:rsid w:val="0060193C"/>
    <w:rsid w:val="00603894"/>
    <w:rsid w:val="0060442D"/>
    <w:rsid w:val="00620337"/>
    <w:rsid w:val="006518EF"/>
    <w:rsid w:val="00657BF5"/>
    <w:rsid w:val="00665083"/>
    <w:rsid w:val="00674C47"/>
    <w:rsid w:val="006A53C9"/>
    <w:rsid w:val="006B4594"/>
    <w:rsid w:val="006D4C51"/>
    <w:rsid w:val="006E35D3"/>
    <w:rsid w:val="006E6A07"/>
    <w:rsid w:val="00707CF1"/>
    <w:rsid w:val="00710A0C"/>
    <w:rsid w:val="00722397"/>
    <w:rsid w:val="00740C76"/>
    <w:rsid w:val="00740F34"/>
    <w:rsid w:val="00753B50"/>
    <w:rsid w:val="00756756"/>
    <w:rsid w:val="0077104D"/>
    <w:rsid w:val="007752B5"/>
    <w:rsid w:val="00780389"/>
    <w:rsid w:val="00784718"/>
    <w:rsid w:val="007922FA"/>
    <w:rsid w:val="007A0544"/>
    <w:rsid w:val="007A288C"/>
    <w:rsid w:val="007A6059"/>
    <w:rsid w:val="007B43C0"/>
    <w:rsid w:val="007C59BE"/>
    <w:rsid w:val="007D3CD1"/>
    <w:rsid w:val="007D5B18"/>
    <w:rsid w:val="007E4A9E"/>
    <w:rsid w:val="007E6D70"/>
    <w:rsid w:val="007ECB84"/>
    <w:rsid w:val="007F0790"/>
    <w:rsid w:val="00801CEA"/>
    <w:rsid w:val="00823754"/>
    <w:rsid w:val="00825FC8"/>
    <w:rsid w:val="0083283D"/>
    <w:rsid w:val="00857083"/>
    <w:rsid w:val="00862540"/>
    <w:rsid w:val="00867D13"/>
    <w:rsid w:val="00873BCB"/>
    <w:rsid w:val="00892A1C"/>
    <w:rsid w:val="008A6BBC"/>
    <w:rsid w:val="008C4518"/>
    <w:rsid w:val="008D1BC2"/>
    <w:rsid w:val="008D6F16"/>
    <w:rsid w:val="008F65B1"/>
    <w:rsid w:val="00903D1B"/>
    <w:rsid w:val="00931184"/>
    <w:rsid w:val="0094296E"/>
    <w:rsid w:val="00956CC0"/>
    <w:rsid w:val="00965786"/>
    <w:rsid w:val="00990BAD"/>
    <w:rsid w:val="00992120"/>
    <w:rsid w:val="009A13FA"/>
    <w:rsid w:val="009A263D"/>
    <w:rsid w:val="009B4398"/>
    <w:rsid w:val="009C1717"/>
    <w:rsid w:val="009C4652"/>
    <w:rsid w:val="009E2FD6"/>
    <w:rsid w:val="00A045C6"/>
    <w:rsid w:val="00A060FF"/>
    <w:rsid w:val="00A07397"/>
    <w:rsid w:val="00A07ACE"/>
    <w:rsid w:val="00A122E4"/>
    <w:rsid w:val="00A36B2A"/>
    <w:rsid w:val="00A414E1"/>
    <w:rsid w:val="00A65E29"/>
    <w:rsid w:val="00A665DE"/>
    <w:rsid w:val="00A6688E"/>
    <w:rsid w:val="00A7490B"/>
    <w:rsid w:val="00A75306"/>
    <w:rsid w:val="00AA1D8D"/>
    <w:rsid w:val="00AA1E56"/>
    <w:rsid w:val="00AA395D"/>
    <w:rsid w:val="00AA63F5"/>
    <w:rsid w:val="00AB0DBF"/>
    <w:rsid w:val="00AC084D"/>
    <w:rsid w:val="00AD403C"/>
    <w:rsid w:val="00AE10B9"/>
    <w:rsid w:val="00AE445C"/>
    <w:rsid w:val="00AF3E53"/>
    <w:rsid w:val="00AF4FC9"/>
    <w:rsid w:val="00B2558C"/>
    <w:rsid w:val="00B3120A"/>
    <w:rsid w:val="00B47730"/>
    <w:rsid w:val="00B47973"/>
    <w:rsid w:val="00B50032"/>
    <w:rsid w:val="00B53DCF"/>
    <w:rsid w:val="00B6412A"/>
    <w:rsid w:val="00B70A5E"/>
    <w:rsid w:val="00B9203B"/>
    <w:rsid w:val="00B93631"/>
    <w:rsid w:val="00BA0E6D"/>
    <w:rsid w:val="00BA18D1"/>
    <w:rsid w:val="00BA1FAF"/>
    <w:rsid w:val="00BB74E8"/>
    <w:rsid w:val="00BC30F6"/>
    <w:rsid w:val="00BD1E2F"/>
    <w:rsid w:val="00BE0A7E"/>
    <w:rsid w:val="00BE1194"/>
    <w:rsid w:val="00BE2100"/>
    <w:rsid w:val="00BF381D"/>
    <w:rsid w:val="00C004BD"/>
    <w:rsid w:val="00C13FDE"/>
    <w:rsid w:val="00C218A0"/>
    <w:rsid w:val="00C23702"/>
    <w:rsid w:val="00C44E50"/>
    <w:rsid w:val="00C50AEE"/>
    <w:rsid w:val="00C5641D"/>
    <w:rsid w:val="00C96FE3"/>
    <w:rsid w:val="00CA2433"/>
    <w:rsid w:val="00CA3314"/>
    <w:rsid w:val="00CB0664"/>
    <w:rsid w:val="00CB42EF"/>
    <w:rsid w:val="00CB7495"/>
    <w:rsid w:val="00CC084A"/>
    <w:rsid w:val="00CC431F"/>
    <w:rsid w:val="00D206B7"/>
    <w:rsid w:val="00D403D4"/>
    <w:rsid w:val="00D42C40"/>
    <w:rsid w:val="00D537E8"/>
    <w:rsid w:val="00D56217"/>
    <w:rsid w:val="00D81E52"/>
    <w:rsid w:val="00D82F3A"/>
    <w:rsid w:val="00D92BE6"/>
    <w:rsid w:val="00D95F7A"/>
    <w:rsid w:val="00DA7CCD"/>
    <w:rsid w:val="00DB3A5A"/>
    <w:rsid w:val="00DB43E5"/>
    <w:rsid w:val="00DC0550"/>
    <w:rsid w:val="00DC7C18"/>
    <w:rsid w:val="00DD7E67"/>
    <w:rsid w:val="00DE0D0D"/>
    <w:rsid w:val="00DE3B4D"/>
    <w:rsid w:val="00DE471B"/>
    <w:rsid w:val="00DF1538"/>
    <w:rsid w:val="00E063BF"/>
    <w:rsid w:val="00E0773D"/>
    <w:rsid w:val="00E15522"/>
    <w:rsid w:val="00E23784"/>
    <w:rsid w:val="00E24BD3"/>
    <w:rsid w:val="00E66A0D"/>
    <w:rsid w:val="00E7791A"/>
    <w:rsid w:val="00E81F08"/>
    <w:rsid w:val="00E94D24"/>
    <w:rsid w:val="00EA566D"/>
    <w:rsid w:val="00EB6EBA"/>
    <w:rsid w:val="00EC419F"/>
    <w:rsid w:val="00ED4EFD"/>
    <w:rsid w:val="00EF7049"/>
    <w:rsid w:val="00EF7D96"/>
    <w:rsid w:val="00F06DAD"/>
    <w:rsid w:val="00F17CDF"/>
    <w:rsid w:val="00F27F74"/>
    <w:rsid w:val="00F31C71"/>
    <w:rsid w:val="00F34E50"/>
    <w:rsid w:val="00F43B8E"/>
    <w:rsid w:val="00F51CA2"/>
    <w:rsid w:val="00F57F13"/>
    <w:rsid w:val="00F67B3A"/>
    <w:rsid w:val="00F848A3"/>
    <w:rsid w:val="00F96868"/>
    <w:rsid w:val="00FA50E6"/>
    <w:rsid w:val="00FB748B"/>
    <w:rsid w:val="00FC693F"/>
    <w:rsid w:val="00FD5D0E"/>
    <w:rsid w:val="00FE1D3D"/>
    <w:rsid w:val="00FF650D"/>
    <w:rsid w:val="00FF6B0C"/>
    <w:rsid w:val="0249D0BC"/>
    <w:rsid w:val="0393FD1B"/>
    <w:rsid w:val="06A59755"/>
    <w:rsid w:val="06C04A36"/>
    <w:rsid w:val="0843B35B"/>
    <w:rsid w:val="0B26B9F8"/>
    <w:rsid w:val="0B8B1937"/>
    <w:rsid w:val="0C931438"/>
    <w:rsid w:val="0D341671"/>
    <w:rsid w:val="0EAF3792"/>
    <w:rsid w:val="15A09AAF"/>
    <w:rsid w:val="1783000E"/>
    <w:rsid w:val="18354CF1"/>
    <w:rsid w:val="1870A682"/>
    <w:rsid w:val="1E3F633C"/>
    <w:rsid w:val="1E70F640"/>
    <w:rsid w:val="1F73E44A"/>
    <w:rsid w:val="205BB5D3"/>
    <w:rsid w:val="20E16584"/>
    <w:rsid w:val="212F2EA2"/>
    <w:rsid w:val="23453383"/>
    <w:rsid w:val="25E2F773"/>
    <w:rsid w:val="2806D931"/>
    <w:rsid w:val="280FF2C1"/>
    <w:rsid w:val="2AA85E15"/>
    <w:rsid w:val="2B036618"/>
    <w:rsid w:val="30BA4F91"/>
    <w:rsid w:val="31AD4834"/>
    <w:rsid w:val="320DB4D9"/>
    <w:rsid w:val="3575F0A5"/>
    <w:rsid w:val="387ABE5D"/>
    <w:rsid w:val="389716D1"/>
    <w:rsid w:val="39CF8B95"/>
    <w:rsid w:val="3AF6D8D5"/>
    <w:rsid w:val="3B0BFA83"/>
    <w:rsid w:val="3E64745B"/>
    <w:rsid w:val="40A0EBBE"/>
    <w:rsid w:val="416DCF76"/>
    <w:rsid w:val="4288C9BA"/>
    <w:rsid w:val="442A2DCF"/>
    <w:rsid w:val="443A36FE"/>
    <w:rsid w:val="445BBE77"/>
    <w:rsid w:val="45FA14CE"/>
    <w:rsid w:val="477FD9E9"/>
    <w:rsid w:val="493467D9"/>
    <w:rsid w:val="49367436"/>
    <w:rsid w:val="496F1E81"/>
    <w:rsid w:val="4AF703B9"/>
    <w:rsid w:val="4D5637B0"/>
    <w:rsid w:val="4E7F2E70"/>
    <w:rsid w:val="4FEAA2F1"/>
    <w:rsid w:val="50DB0B62"/>
    <w:rsid w:val="51D6140E"/>
    <w:rsid w:val="52A55991"/>
    <w:rsid w:val="555775D7"/>
    <w:rsid w:val="566B8E26"/>
    <w:rsid w:val="578C0BC0"/>
    <w:rsid w:val="58A17591"/>
    <w:rsid w:val="59B721AC"/>
    <w:rsid w:val="5A310886"/>
    <w:rsid w:val="5BCFC420"/>
    <w:rsid w:val="5C422AFB"/>
    <w:rsid w:val="5C688A66"/>
    <w:rsid w:val="5D10AE04"/>
    <w:rsid w:val="6011505F"/>
    <w:rsid w:val="619380BA"/>
    <w:rsid w:val="62A93C77"/>
    <w:rsid w:val="63675DF9"/>
    <w:rsid w:val="63828C23"/>
    <w:rsid w:val="63CD1AA8"/>
    <w:rsid w:val="641CD22E"/>
    <w:rsid w:val="648DFB81"/>
    <w:rsid w:val="65DFE746"/>
    <w:rsid w:val="65EA128C"/>
    <w:rsid w:val="66D9C755"/>
    <w:rsid w:val="68C2177F"/>
    <w:rsid w:val="694A5E3D"/>
    <w:rsid w:val="6B1CD0C7"/>
    <w:rsid w:val="6BEB3BF6"/>
    <w:rsid w:val="6C572F14"/>
    <w:rsid w:val="6DADC234"/>
    <w:rsid w:val="6DC0D5E3"/>
    <w:rsid w:val="6E892CA0"/>
    <w:rsid w:val="6F0C8F33"/>
    <w:rsid w:val="75EAF885"/>
    <w:rsid w:val="7898762B"/>
    <w:rsid w:val="7A81B7FF"/>
    <w:rsid w:val="7AA0A83C"/>
    <w:rsid w:val="7DC9E9F4"/>
    <w:rsid w:val="7FD993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35F5FF"/>
  <w14:defaultImageDpi w14:val="300"/>
  <w15:docId w15:val="{82228470-AB00-42D3-9AAA-231E7C8E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9"/>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2"/>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IHeadingMain">
    <w:name w:val="AIHeadingMain"/>
    <w:basedOn w:val="Normal"/>
  </w:style>
  <w:style w:type="paragraph" w:customStyle="1" w:styleId="AIHeadingSub">
    <w:name w:val="AIHeadingSub"/>
    <w:basedOn w:val="Normal"/>
  </w:style>
  <w:style w:type="paragraph" w:customStyle="1" w:styleId="AISub">
    <w:name w:val="AISub"/>
    <w:basedOn w:val="Normal"/>
  </w:style>
  <w:style w:type="paragraph" w:customStyle="1" w:styleId="HeadingMainRenum">
    <w:name w:val="HeadingMainRenum"/>
    <w:basedOn w:val="Normal"/>
  </w:style>
  <w:style w:type="paragraph" w:customStyle="1" w:styleId="SubRenum">
    <w:name w:val="SubRenum"/>
    <w:basedOn w:val="Normal"/>
  </w:style>
  <w:style w:type="paragraph" w:styleId="Revision">
    <w:name w:val="Revision"/>
    <w:hidden/>
    <w:uiPriority w:val="99"/>
    <w:semiHidden/>
    <w:rsid w:val="002D463C"/>
    <w:pPr>
      <w:spacing w:after="0" w:line="240" w:lineRule="auto"/>
    </w:pPr>
    <w:rPr>
      <w:rFonts w:ascii="Calibri" w:hAnsi="Calibri"/>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52494"/>
    <w:rPr>
      <w:b/>
      <w:bCs/>
    </w:rPr>
  </w:style>
  <w:style w:type="character" w:customStyle="1" w:styleId="CommentSubjectChar">
    <w:name w:val="Comment Subject Char"/>
    <w:basedOn w:val="CommentTextChar"/>
    <w:link w:val="CommentSubject"/>
    <w:uiPriority w:val="99"/>
    <w:semiHidden/>
    <w:rsid w:val="00052494"/>
    <w:rPr>
      <w:rFonts w:ascii="Calibri" w:hAnsi="Calibri"/>
      <w:b/>
      <w:bCs/>
      <w:sz w:val="20"/>
      <w:szCs w:val="20"/>
    </w:rPr>
  </w:style>
  <w:style w:type="character" w:styleId="Mention">
    <w:name w:val="Mention"/>
    <w:basedOn w:val="DefaultParagraphFont"/>
    <w:uiPriority w:val="99"/>
    <w:unhideWhenUsed/>
    <w:rsid w:val="007B43C0"/>
    <w:rPr>
      <w:color w:val="2B579A"/>
      <w:shd w:val="clear" w:color="auto" w:fill="E1DFDD"/>
    </w:rPr>
  </w:style>
  <w:style w:type="character" w:styleId="Hyperlink">
    <w:name w:val="Hyperlink"/>
    <w:basedOn w:val="DefaultParagraphFont"/>
    <w:uiPriority w:val="99"/>
    <w:unhideWhenUsed/>
    <w:rsid w:val="004B6B50"/>
    <w:rPr>
      <w:color w:val="0000FF" w:themeColor="hyperlink"/>
      <w:u w:val="single"/>
    </w:rPr>
  </w:style>
  <w:style w:type="character" w:styleId="UnresolvedMention">
    <w:name w:val="Unresolved Mention"/>
    <w:basedOn w:val="DefaultParagraphFont"/>
    <w:uiPriority w:val="99"/>
    <w:semiHidden/>
    <w:unhideWhenUsed/>
    <w:rsid w:val="004B6B50"/>
    <w:rPr>
      <w:color w:val="605E5C"/>
      <w:shd w:val="clear" w:color="auto" w:fill="E1DFDD"/>
    </w:rPr>
  </w:style>
  <w:style w:type="character" w:styleId="PageNumber">
    <w:name w:val="page number"/>
    <w:basedOn w:val="DefaultParagraphFont"/>
    <w:rsid w:val="00242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ai/data-processing-addendu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ai/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ai/support/support-and-maintenanc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igital.ai/acceptable-use-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536cd7-00aa-4972-81e4-634fa83ed21d">
      <Terms xmlns="http://schemas.microsoft.com/office/infopath/2007/PartnerControls"/>
    </lcf76f155ced4ddcb4097134ff3c332f>
    <TaxCatchAll xmlns="f8a8bc00-cc48-455c-b07f-0e029fe8f9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8235E4C1CA14A8ABBEE33918F1F1B" ma:contentTypeVersion="18" ma:contentTypeDescription="Create a new document." ma:contentTypeScope="" ma:versionID="5be57cfc759329f55618aa263e999c0c">
  <xsd:schema xmlns:xsd="http://www.w3.org/2001/XMLSchema" xmlns:xs="http://www.w3.org/2001/XMLSchema" xmlns:p="http://schemas.microsoft.com/office/2006/metadata/properties" xmlns:ns2="97536cd7-00aa-4972-81e4-634fa83ed21d" xmlns:ns3="f8a8bc00-cc48-455c-b07f-0e029fe8f998" targetNamespace="http://schemas.microsoft.com/office/2006/metadata/properties" ma:root="true" ma:fieldsID="59493e8f33771f36cf3e118b0b8d6fbb" ns2:_="" ns3:_="">
    <xsd:import namespace="97536cd7-00aa-4972-81e4-634fa83ed21d"/>
    <xsd:import namespace="f8a8bc00-cc48-455c-b07f-0e029fe8f9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36cd7-00aa-4972-81e4-634fa83ed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39e57df-25f6-40ca-a0cc-023013d918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a8bc00-cc48-455c-b07f-0e029fe8f9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5643b6-d582-4059-a395-61629834ee25}" ma:internalName="TaxCatchAll" ma:showField="CatchAllData" ma:web="f8a8bc00-cc48-455c-b07f-0e029fe8f9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57ADF-97BF-49D3-9880-CAC90126E3B8}">
  <ds:schemaRefs>
    <ds:schemaRef ds:uri="http://schemas.microsoft.com/office/2006/metadata/properties"/>
    <ds:schemaRef ds:uri="http://schemas.microsoft.com/office/infopath/2007/PartnerControls"/>
    <ds:schemaRef ds:uri="97536cd7-00aa-4972-81e4-634fa83ed21d"/>
    <ds:schemaRef ds:uri="f8a8bc00-cc48-455c-b07f-0e029fe8f998"/>
  </ds:schemaRefs>
</ds:datastoreItem>
</file>

<file path=customXml/itemProps2.xml><?xml version="1.0" encoding="utf-8"?>
<ds:datastoreItem xmlns:ds="http://schemas.openxmlformats.org/officeDocument/2006/customXml" ds:itemID="{97D70CB7-5135-45DD-9FC4-D00F8E7FB9EE}">
  <ds:schemaRefs>
    <ds:schemaRef ds:uri="http://schemas.microsoft.com/sharepoint/v3/contenttype/forms"/>
  </ds:schemaRefs>
</ds:datastoreItem>
</file>

<file path=customXml/itemProps3.xml><?xml version="1.0" encoding="utf-8"?>
<ds:datastoreItem xmlns:ds="http://schemas.openxmlformats.org/officeDocument/2006/customXml" ds:itemID="{EA685939-D9DA-4950-9FDF-CDA5B24EC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36cd7-00aa-4972-81e4-634fa83ed21d"/>
    <ds:schemaRef ds:uri="f8a8bc00-cc48-455c-b07f-0e029fe8f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6203</Words>
  <Characters>35362</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41483</CharactersWithSpaces>
  <SharedDoc>false</SharedDoc>
  <HyperlinkBase/>
  <HLinks>
    <vt:vector size="24" baseType="variant">
      <vt:variant>
        <vt:i4>7864378</vt:i4>
      </vt:variant>
      <vt:variant>
        <vt:i4>9</vt:i4>
      </vt:variant>
      <vt:variant>
        <vt:i4>0</vt:i4>
      </vt:variant>
      <vt:variant>
        <vt:i4>5</vt:i4>
      </vt:variant>
      <vt:variant>
        <vt:lpwstr>https://digital.ai/data-processing-addendum</vt:lpwstr>
      </vt:variant>
      <vt:variant>
        <vt:lpwstr/>
      </vt:variant>
      <vt:variant>
        <vt:i4>4784217</vt:i4>
      </vt:variant>
      <vt:variant>
        <vt:i4>6</vt:i4>
      </vt:variant>
      <vt:variant>
        <vt:i4>0</vt:i4>
      </vt:variant>
      <vt:variant>
        <vt:i4>5</vt:i4>
      </vt:variant>
      <vt:variant>
        <vt:lpwstr>https://digital.ai/privacy-policy</vt:lpwstr>
      </vt:variant>
      <vt:variant>
        <vt:lpwstr/>
      </vt:variant>
      <vt:variant>
        <vt:i4>2555964</vt:i4>
      </vt:variant>
      <vt:variant>
        <vt:i4>3</vt:i4>
      </vt:variant>
      <vt:variant>
        <vt:i4>0</vt:i4>
      </vt:variant>
      <vt:variant>
        <vt:i4>5</vt:i4>
      </vt:variant>
      <vt:variant>
        <vt:lpwstr>https://digital.ai/support/support-and-maintenance/</vt:lpwstr>
      </vt:variant>
      <vt:variant>
        <vt:lpwstr/>
      </vt:variant>
      <vt:variant>
        <vt:i4>4456463</vt:i4>
      </vt:variant>
      <vt:variant>
        <vt:i4>0</vt:i4>
      </vt:variant>
      <vt:variant>
        <vt:i4>0</vt:i4>
      </vt:variant>
      <vt:variant>
        <vt:i4>5</vt:i4>
      </vt:variant>
      <vt:variant>
        <vt:lpwstr>https://digital.ai/acceptable-use-policy/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Alexa Steinbuch</cp:lastModifiedBy>
  <cp:revision>2</cp:revision>
  <dcterms:created xsi:type="dcterms:W3CDTF">2026-05-13T14:28:00Z</dcterms:created>
  <dcterms:modified xsi:type="dcterms:W3CDTF">2026-05-13T14:28:00Z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0x0101008318235E4C1CA14A8ABBEE33918F1F1B</vt:lpwstr>
  </property>
  <property fmtid="{D5CDD505-2E9C-101B-9397-08002B2CF9AE}" pid="3" name="MediaServiceImageTags">
    <vt:lpwstr/>
  </property>
</Properties>
</file>